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792A" w14:textId="77777777" w:rsidR="005260E7" w:rsidRPr="001B0C2E" w:rsidRDefault="00060C74">
      <w:pPr>
        <w:spacing w:before="360" w:after="80"/>
        <w:jc w:val="center"/>
        <w:rPr>
          <w:lang w:val="ru-RU"/>
        </w:rPr>
      </w:pPr>
      <w:r w:rsidRPr="001B0C2E">
        <w:rPr>
          <w:b/>
          <w:color w:val="2E5D7B"/>
          <w:sz w:val="44"/>
          <w:lang w:val="ru-RU"/>
        </w:rPr>
        <w:t>ЧЕК-ЛИСТ ГОТОВНОСТИ ПЕДАГОГА</w:t>
      </w:r>
    </w:p>
    <w:p w14:paraId="120629E9" w14:textId="77777777" w:rsidR="005260E7" w:rsidRDefault="00060C74">
      <w:pPr>
        <w:spacing w:after="280"/>
        <w:jc w:val="center"/>
      </w:pPr>
      <w:r w:rsidRPr="001B0C2E">
        <w:rPr>
          <w:color w:val="5F6B73"/>
          <w:sz w:val="24"/>
          <w:lang w:val="ru-RU"/>
        </w:rPr>
        <w:t xml:space="preserve">к присвоению </w:t>
      </w:r>
      <w:r>
        <w:rPr>
          <w:color w:val="5F6B73"/>
          <w:sz w:val="24"/>
        </w:rPr>
        <w:t>(подтверждению) квалификационной категории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6768"/>
      </w:tblGrid>
      <w:tr w:rsidR="005260E7" w14:paraId="5B3060DF" w14:textId="77777777">
        <w:trPr>
          <w:jc w:val="center"/>
        </w:trPr>
        <w:tc>
          <w:tcPr>
            <w:tcW w:w="2592" w:type="dxa"/>
            <w:shd w:val="clear" w:color="auto" w:fill="E8F0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828778" w14:textId="77777777" w:rsidR="005260E7" w:rsidRDefault="00060C74">
            <w:pPr>
              <w:spacing w:after="0" w:line="252" w:lineRule="auto"/>
            </w:pPr>
            <w:r>
              <w:rPr>
                <w:b/>
                <w:sz w:val="18"/>
              </w:rPr>
              <w:t>Ф. И. О. педагога</w:t>
            </w:r>
          </w:p>
        </w:tc>
        <w:tc>
          <w:tcPr>
            <w:tcW w:w="67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3C66E" w14:textId="77777777" w:rsidR="005260E7" w:rsidRDefault="00060C74">
            <w:pPr>
              <w:spacing w:after="0" w:line="252" w:lineRule="auto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5260E7" w14:paraId="50B74547" w14:textId="77777777">
        <w:trPr>
          <w:jc w:val="center"/>
        </w:trPr>
        <w:tc>
          <w:tcPr>
            <w:tcW w:w="2592" w:type="dxa"/>
            <w:shd w:val="clear" w:color="auto" w:fill="E8F0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012EF7" w14:textId="77777777" w:rsidR="005260E7" w:rsidRDefault="00060C74">
            <w:pPr>
              <w:spacing w:after="0" w:line="252" w:lineRule="auto"/>
            </w:pPr>
            <w:r>
              <w:rPr>
                <w:b/>
                <w:sz w:val="18"/>
              </w:rPr>
              <w:t>Должность / предмет</w:t>
            </w:r>
          </w:p>
        </w:tc>
        <w:tc>
          <w:tcPr>
            <w:tcW w:w="67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739F68" w14:textId="77777777" w:rsidR="005260E7" w:rsidRDefault="00060C74">
            <w:pPr>
              <w:spacing w:after="0" w:line="252" w:lineRule="auto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5260E7" w14:paraId="6B947331" w14:textId="77777777">
        <w:trPr>
          <w:jc w:val="center"/>
        </w:trPr>
        <w:tc>
          <w:tcPr>
            <w:tcW w:w="2592" w:type="dxa"/>
            <w:shd w:val="clear" w:color="auto" w:fill="E8F0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E98F3C" w14:textId="77777777" w:rsidR="005260E7" w:rsidRDefault="00060C74">
            <w:pPr>
              <w:spacing w:after="0" w:line="252" w:lineRule="auto"/>
            </w:pPr>
            <w:r>
              <w:rPr>
                <w:b/>
                <w:sz w:val="18"/>
              </w:rPr>
              <w:t>Текущая категория</w:t>
            </w:r>
          </w:p>
        </w:tc>
        <w:tc>
          <w:tcPr>
            <w:tcW w:w="67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28AD7E" w14:textId="77777777" w:rsidR="005260E7" w:rsidRDefault="00060C74">
            <w:pPr>
              <w:spacing w:after="0" w:line="252" w:lineRule="auto"/>
            </w:pPr>
            <w:r>
              <w:rPr>
                <w:sz w:val="18"/>
              </w:rPr>
              <w:t>________________________________________________________________</w:t>
            </w:r>
          </w:p>
        </w:tc>
      </w:tr>
      <w:tr w:rsidR="005260E7" w14:paraId="1EA2103C" w14:textId="77777777">
        <w:trPr>
          <w:jc w:val="center"/>
        </w:trPr>
        <w:tc>
          <w:tcPr>
            <w:tcW w:w="2592" w:type="dxa"/>
            <w:shd w:val="clear" w:color="auto" w:fill="E8F0F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141663" w14:textId="77777777" w:rsidR="005260E7" w:rsidRDefault="00060C74">
            <w:pPr>
              <w:spacing w:after="0" w:line="252" w:lineRule="auto"/>
            </w:pPr>
            <w:r>
              <w:rPr>
                <w:b/>
                <w:sz w:val="18"/>
              </w:rPr>
              <w:t>Заявляемая категория</w:t>
            </w:r>
          </w:p>
        </w:tc>
        <w:tc>
          <w:tcPr>
            <w:tcW w:w="67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ABA9E8" w14:textId="77777777" w:rsidR="005260E7" w:rsidRDefault="00060C74">
            <w:pPr>
              <w:spacing w:after="0" w:line="252" w:lineRule="auto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модератор   ☐ эксперт   ☐ исследователь</w:t>
            </w:r>
          </w:p>
        </w:tc>
      </w:tr>
    </w:tbl>
    <w:p w14:paraId="4A55974D" w14:textId="77777777" w:rsidR="005260E7" w:rsidRDefault="005260E7"/>
    <w:p w14:paraId="509A4614" w14:textId="77777777" w:rsidR="005260E7" w:rsidRDefault="00060C74">
      <w:pPr>
        <w:spacing w:after="100"/>
      </w:pPr>
      <w:r>
        <w:rPr>
          <w:b/>
          <w:color w:val="2E5D7B"/>
          <w:sz w:val="22"/>
        </w:rPr>
        <w:t>Как пользоваться</w:t>
      </w:r>
    </w:p>
    <w:p w14:paraId="497F56B1" w14:textId="77777777" w:rsidR="005260E7" w:rsidRPr="001B0C2E" w:rsidRDefault="00060C74">
      <w:pPr>
        <w:pStyle w:val="a0"/>
        <w:spacing w:after="40"/>
        <w:rPr>
          <w:lang w:val="ru-RU"/>
        </w:rPr>
      </w:pPr>
      <w:r w:rsidRPr="001B0C2E">
        <w:rPr>
          <w:sz w:val="19"/>
          <w:lang w:val="ru-RU"/>
        </w:rPr>
        <w:t>Проверить каждый критери</w:t>
      </w:r>
      <w:r w:rsidRPr="001B0C2E">
        <w:rPr>
          <w:sz w:val="19"/>
          <w:lang w:val="ru-RU"/>
        </w:rPr>
        <w:t>й и приложить только действительные подтверждения.</w:t>
      </w:r>
    </w:p>
    <w:p w14:paraId="352D8D95" w14:textId="77777777" w:rsidR="005260E7" w:rsidRPr="001B0C2E" w:rsidRDefault="00060C74">
      <w:pPr>
        <w:pStyle w:val="a0"/>
        <w:spacing w:after="40"/>
        <w:rPr>
          <w:lang w:val="ru-RU"/>
        </w:rPr>
      </w:pPr>
      <w:r w:rsidRPr="001B0C2E">
        <w:rPr>
          <w:sz w:val="19"/>
          <w:lang w:val="ru-RU"/>
        </w:rPr>
        <w:t>Отметить один статус: «готово», «частично» или «нет».</w:t>
      </w:r>
    </w:p>
    <w:p w14:paraId="2F9D5955" w14:textId="77777777" w:rsidR="005260E7" w:rsidRPr="001B0C2E" w:rsidRDefault="00060C74">
      <w:pPr>
        <w:pStyle w:val="a0"/>
        <w:spacing w:after="40"/>
        <w:rPr>
          <w:lang w:val="ru-RU"/>
        </w:rPr>
      </w:pPr>
      <w:r w:rsidRPr="001B0C2E">
        <w:rPr>
          <w:sz w:val="19"/>
          <w:lang w:val="ru-RU"/>
        </w:rPr>
        <w:t>В графе «Примечание» указать недостающий документ, действие и срок устранения.</w:t>
      </w:r>
    </w:p>
    <w:p w14:paraId="4278E14E" w14:textId="77777777" w:rsidR="005260E7" w:rsidRPr="001B0C2E" w:rsidRDefault="00060C74">
      <w:pPr>
        <w:pStyle w:val="a0"/>
        <w:spacing w:after="40"/>
        <w:rPr>
          <w:lang w:val="ru-RU"/>
        </w:rPr>
      </w:pPr>
      <w:r w:rsidRPr="001B0C2E">
        <w:rPr>
          <w:sz w:val="19"/>
          <w:lang w:val="ru-RU"/>
        </w:rPr>
        <w:t xml:space="preserve">Решение о соответствии принимает аттестационная комиссия; </w:t>
      </w:r>
      <w:r w:rsidRPr="001B0C2E">
        <w:rPr>
          <w:sz w:val="19"/>
          <w:lang w:val="ru-RU"/>
        </w:rPr>
        <w:t>чек-лист используется для предварительной внутренней проверки.</w:t>
      </w:r>
    </w:p>
    <w:p w14:paraId="3268357E" w14:textId="77777777" w:rsidR="005260E7" w:rsidRPr="001B0C2E" w:rsidRDefault="00060C74">
      <w:pPr>
        <w:spacing w:before="160" w:after="0"/>
        <w:rPr>
          <w:lang w:val="ru-RU"/>
        </w:rPr>
      </w:pPr>
      <w:r w:rsidRPr="001B0C2E">
        <w:rPr>
          <w:b/>
          <w:color w:val="5F6B73"/>
          <w:sz w:val="17"/>
          <w:lang w:val="ru-RU"/>
        </w:rPr>
        <w:t xml:space="preserve">Основание: </w:t>
      </w:r>
      <w:r w:rsidRPr="001B0C2E">
        <w:rPr>
          <w:color w:val="5F6B73"/>
          <w:sz w:val="17"/>
          <w:lang w:val="ru-RU"/>
        </w:rPr>
        <w:t>Порядок пилотного проекта, утверждённый приказом и. о. Министра просвещения Республики Казахстан от 5 июня 2026 года № 159-НҚ. Пилотный проект действует до 31 декабря 2026 года включ</w:t>
      </w:r>
      <w:r w:rsidRPr="001B0C2E">
        <w:rPr>
          <w:color w:val="5F6B73"/>
          <w:sz w:val="17"/>
          <w:lang w:val="ru-RU"/>
        </w:rPr>
        <w:t>ительно. Перед применением после этой даты критерии необходимо сверить с действующей редакцией нормативных актов.</w:t>
      </w:r>
    </w:p>
    <w:p w14:paraId="62D8F98A" w14:textId="77777777" w:rsidR="005260E7" w:rsidRPr="001B0C2E" w:rsidRDefault="00060C74">
      <w:pPr>
        <w:rPr>
          <w:lang w:val="ru-RU"/>
        </w:rPr>
      </w:pPr>
      <w:r w:rsidRPr="001B0C2E">
        <w:rPr>
          <w:lang w:val="ru-RU"/>
        </w:rPr>
        <w:br w:type="page"/>
      </w:r>
    </w:p>
    <w:p w14:paraId="38EA0A03" w14:textId="77777777" w:rsidR="005260E7" w:rsidRPr="001B0C2E" w:rsidRDefault="00060C74">
      <w:pPr>
        <w:spacing w:after="40"/>
        <w:rPr>
          <w:lang w:val="ru-RU"/>
        </w:rPr>
      </w:pPr>
      <w:r w:rsidRPr="001B0C2E">
        <w:rPr>
          <w:b/>
          <w:color w:val="2E5D7B"/>
          <w:sz w:val="34"/>
          <w:lang w:val="ru-RU"/>
        </w:rPr>
        <w:lastRenderedPageBreak/>
        <w:t>ПЕДАГОГ-МОДЕРАТОР</w:t>
      </w:r>
    </w:p>
    <w:p w14:paraId="058ED7A1" w14:textId="77777777" w:rsidR="005260E7" w:rsidRPr="001B0C2E" w:rsidRDefault="00060C74">
      <w:pPr>
        <w:spacing w:after="180"/>
        <w:rPr>
          <w:lang w:val="ru-RU"/>
        </w:rPr>
      </w:pPr>
      <w:r w:rsidRPr="001B0C2E">
        <w:rPr>
          <w:color w:val="5F6B73"/>
          <w:sz w:val="19"/>
          <w:lang w:val="ru-RU"/>
        </w:rPr>
        <w:t>Минимальный уровень подтверждений: организация образования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944"/>
        <w:gridCol w:w="3096"/>
        <w:gridCol w:w="2376"/>
        <w:gridCol w:w="1036"/>
        <w:gridCol w:w="1267"/>
      </w:tblGrid>
      <w:tr w:rsidR="005260E7" w14:paraId="4F5A25D8" w14:textId="77777777" w:rsidTr="001B0C2E">
        <w:trPr>
          <w:tblHeader/>
          <w:jc w:val="center"/>
        </w:trPr>
        <w:tc>
          <w:tcPr>
            <w:tcW w:w="503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F2FA5A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1944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B37BF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Критерий</w:t>
            </w:r>
          </w:p>
        </w:tc>
        <w:tc>
          <w:tcPr>
            <w:tcW w:w="309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166731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Требование</w:t>
            </w:r>
          </w:p>
        </w:tc>
        <w:tc>
          <w:tcPr>
            <w:tcW w:w="237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817D3F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Подтверждение</w:t>
            </w:r>
          </w:p>
        </w:tc>
        <w:tc>
          <w:tcPr>
            <w:tcW w:w="103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AEA770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  <w:tc>
          <w:tcPr>
            <w:tcW w:w="1267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5A4D74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Примечание</w:t>
            </w:r>
          </w:p>
        </w:tc>
      </w:tr>
      <w:tr w:rsidR="005260E7" w14:paraId="1738E334" w14:textId="77777777" w:rsidTr="001B0C2E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6AACFB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7AE709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Квалификационные условия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FE138B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Непрерывный педагогический стаж по профилю — не менее 2 лет.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409C15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Диплом/переподготовка; трудовая книжка или сведения о стаже; приказ о категории.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B08A4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22B5858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28D18888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6F8B1F" w14:textId="77777777" w:rsidR="005260E7" w:rsidRDefault="005260E7">
            <w:pPr>
              <w:spacing w:after="0" w:line="252" w:lineRule="auto"/>
            </w:pPr>
          </w:p>
        </w:tc>
      </w:tr>
      <w:tr w:rsidR="005260E7" w14:paraId="54A9E936" w14:textId="77777777" w:rsidTr="001B0C2E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710B8B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D4C28B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Квалификационная оценка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380977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В профессиональном цифровом профиле</w:t>
            </w:r>
            <w:r w:rsidRPr="001B0C2E">
              <w:rPr>
                <w:sz w:val="15"/>
                <w:lang w:val="ru-RU"/>
              </w:rPr>
              <w:t xml:space="preserve"> размещены все обязательные и актуальные документы.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CFF231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Проверка профиля на Платформе «Ұстаз»; отсутствие просроченных и дублирующих документов.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8B4B7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6DA21D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59501AC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1F310E" w14:textId="77777777" w:rsidR="005260E7" w:rsidRDefault="005260E7">
            <w:pPr>
              <w:spacing w:after="0" w:line="252" w:lineRule="auto"/>
            </w:pPr>
          </w:p>
        </w:tc>
      </w:tr>
      <w:tr w:rsidR="005260E7" w14:paraId="6224A561" w14:textId="77777777" w:rsidTr="001B0C2E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6491AA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34E074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Качество преподавания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396BC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4 наблюдения; итог по листам наблюдения — не менее 70 </w:t>
            </w:r>
            <w:r w:rsidRPr="001B0C2E">
              <w:rPr>
                <w:sz w:val="15"/>
                <w:lang w:val="ru-RU"/>
              </w:rPr>
              <w:t>баллов.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0A86EA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Листы наблюдения уроков/занятий за аттестационный период, включая требуемого независимого эксперта или члена комиссии.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8E65F9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8EE714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1E7DD6C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A5DD38" w14:textId="77777777" w:rsidR="005260E7" w:rsidRDefault="005260E7">
            <w:pPr>
              <w:spacing w:after="0" w:line="252" w:lineRule="auto"/>
            </w:pPr>
          </w:p>
        </w:tc>
      </w:tr>
      <w:tr w:rsidR="005260E7" w14:paraId="6680225D" w14:textId="77777777" w:rsidTr="001B0C2E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E953A1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3A15B7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Прогресс обучающихся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5FD93C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Педагог отслеживает результаты и анализирует способности и </w:t>
            </w:r>
            <w:r w:rsidRPr="001B0C2E">
              <w:rPr>
                <w:sz w:val="15"/>
                <w:lang w:val="ru-RU"/>
              </w:rPr>
              <w:t>потребности обучающихся.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1D9EC6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Сравнительный анализ, мониторинг, диагностические материалы, выводы и последующие действия.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60F2D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04FEA14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74D3FD45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A83183" w14:textId="77777777" w:rsidR="005260E7" w:rsidRDefault="005260E7">
            <w:pPr>
              <w:spacing w:after="0" w:line="252" w:lineRule="auto"/>
            </w:pPr>
          </w:p>
        </w:tc>
      </w:tr>
      <w:tr w:rsidR="005260E7" w14:paraId="191C8AA4" w14:textId="77777777" w:rsidTr="001B0C2E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B33754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5E80C8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Достижения обучающихся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7F6EBE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Не менее 1 участника на уровне организации образования; при наличии призёра </w:t>
            </w:r>
            <w:r w:rsidRPr="001B0C2E">
              <w:rPr>
                <w:sz w:val="15"/>
                <w:lang w:val="ru-RU"/>
              </w:rPr>
              <w:t>добавляется 1 балл.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C8530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Приказ/протокол/диплом или сертификат участника мероприятия, входящего в утверждённый перечень.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27065E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752C2C85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3AB4EB92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BE0041" w14:textId="77777777" w:rsidR="005260E7" w:rsidRDefault="005260E7">
            <w:pPr>
              <w:spacing w:after="0" w:line="252" w:lineRule="auto"/>
            </w:pPr>
          </w:p>
        </w:tc>
      </w:tr>
      <w:tr w:rsidR="005260E7" w14:paraId="5C0CDF9E" w14:textId="77777777" w:rsidTr="001B0C2E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FF84ED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9B5FA6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Профессиональные конкурсы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B13E58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2 участий за аттестационный период.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B1840B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Приказ, сертификат, диплом или </w:t>
            </w:r>
            <w:r w:rsidRPr="001B0C2E">
              <w:rPr>
                <w:sz w:val="15"/>
                <w:lang w:val="ru-RU"/>
              </w:rPr>
              <w:t>протокол мероприятия из утверждённого перечня.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237E2E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49AC589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73CE92C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E2F639" w14:textId="77777777" w:rsidR="005260E7" w:rsidRDefault="005260E7">
            <w:pPr>
              <w:spacing w:after="0" w:line="252" w:lineRule="auto"/>
            </w:pPr>
          </w:p>
        </w:tc>
      </w:tr>
      <w:tr w:rsidR="005260E7" w14:paraId="79171BA5" w14:textId="77777777" w:rsidTr="001B0C2E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EB945A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A72660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Трансляция опыта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77F716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Для данной категории в оценочной таблице пилотного проекта обязательный балл за уровень выступления не установлен.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4EC20A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Приказ или программа мероприятия и ссылка на </w:t>
            </w:r>
            <w:r w:rsidRPr="001B0C2E">
              <w:rPr>
                <w:sz w:val="15"/>
                <w:lang w:val="ru-RU"/>
              </w:rPr>
              <w:t>материалы выступления/мастер-класса.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476B234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389F540D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5368446C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15CAEF" w14:textId="77777777" w:rsidR="005260E7" w:rsidRDefault="005260E7">
            <w:pPr>
              <w:spacing w:after="0" w:line="252" w:lineRule="auto"/>
            </w:pPr>
          </w:p>
        </w:tc>
      </w:tr>
      <w:tr w:rsidR="005260E7" w14:paraId="7C8F4C5A" w14:textId="77777777" w:rsidTr="001B0C2E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8C8D91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1FBAA2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Творческие и рабочие группы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47B337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Участие на уровне организации образования.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B32112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Приказ, письмо, план/продукт проекта; подтверждение уровня участия.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086C15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7B27327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29C84BC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0335E" w14:textId="77777777" w:rsidR="005260E7" w:rsidRDefault="005260E7">
            <w:pPr>
              <w:spacing w:after="0" w:line="252" w:lineRule="auto"/>
            </w:pPr>
          </w:p>
        </w:tc>
      </w:tr>
      <w:tr w:rsidR="005260E7" w14:paraId="7C97AFFE" w14:textId="77777777" w:rsidTr="001B0C2E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71032C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9366CF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 xml:space="preserve">Повышение </w:t>
            </w:r>
            <w:r>
              <w:rPr>
                <w:b/>
                <w:sz w:val="15"/>
              </w:rPr>
              <w:t>квалификации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DBD309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36 часов по профилю.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3BF72E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Сертификат курса по профилю по согласованной программе; организация включена в соответствующий реестр.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8683BE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4978D64E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3BC256B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55EEF" w14:textId="77777777" w:rsidR="005260E7" w:rsidRDefault="005260E7">
            <w:pPr>
              <w:spacing w:after="0" w:line="252" w:lineRule="auto"/>
            </w:pPr>
          </w:p>
        </w:tc>
      </w:tr>
      <w:tr w:rsidR="005260E7" w14:paraId="0D85C811" w14:textId="77777777" w:rsidTr="001B0C2E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4793D0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FE8C2B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Профилактика буллинга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544642" w14:textId="77777777" w:rsidR="005260E7" w:rsidRDefault="00060C74">
            <w:pPr>
              <w:spacing w:after="0" w:line="252" w:lineRule="auto"/>
            </w:pPr>
            <w:r>
              <w:rPr>
                <w:sz w:val="15"/>
              </w:rPr>
              <w:t>Курс учитывается при наличии.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181689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Сертификат курса по </w:t>
            </w:r>
            <w:r w:rsidRPr="001B0C2E">
              <w:rPr>
                <w:sz w:val="15"/>
                <w:lang w:val="ru-RU"/>
              </w:rPr>
              <w:t>выявлению, профилактике и предупреждению буллинга.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256753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AF9C80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3B7B651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E23E89" w14:textId="77777777" w:rsidR="005260E7" w:rsidRDefault="005260E7">
            <w:pPr>
              <w:spacing w:after="0" w:line="252" w:lineRule="auto"/>
            </w:pPr>
          </w:p>
        </w:tc>
      </w:tr>
      <w:tr w:rsidR="005260E7" w14:paraId="43837670" w14:textId="77777777" w:rsidTr="001B0C2E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58F3CA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8D6E63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Воспитательная работа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D0BC47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Не менее 5 часов мероприятий за аттестационный период по ценностям программы «Адал азамат», включая инициативы «Таза Қазақстан» и «Заң мен </w:t>
            </w:r>
            <w:r w:rsidRPr="001B0C2E">
              <w:rPr>
                <w:sz w:val="15"/>
                <w:lang w:val="ru-RU"/>
              </w:rPr>
              <w:t>тәртіп».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D3FAB7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План/сценарий, приказ или справка, фото/ссылка и краткий анализ результата.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45E8F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5072533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7E2AC45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BBC50E" w14:textId="77777777" w:rsidR="005260E7" w:rsidRDefault="005260E7">
            <w:pPr>
              <w:spacing w:after="0" w:line="252" w:lineRule="auto"/>
            </w:pPr>
          </w:p>
        </w:tc>
      </w:tr>
    </w:tbl>
    <w:p w14:paraId="2563840D" w14:textId="77777777" w:rsidR="005260E7" w:rsidRDefault="005260E7"/>
    <w:p w14:paraId="75CDA6A2" w14:textId="77777777" w:rsidR="005260E7" w:rsidRDefault="00060C74">
      <w:pPr>
        <w:spacing w:before="80" w:after="80"/>
      </w:pPr>
      <w:r>
        <w:rPr>
          <w:b/>
          <w:color w:val="2E5D7B"/>
          <w:sz w:val="22"/>
        </w:rPr>
        <w:t>ИТОГ ПРЕДВАРИТЕЛЬНОЙ ОЦЕНКИ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6696"/>
      </w:tblGrid>
      <w:tr w:rsidR="005260E7" w14:paraId="632E1854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7E92BB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Готово полностью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CFEFC5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14:paraId="4D707125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683E75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Частично готово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30F695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14:paraId="27698EEE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B16910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lastRenderedPageBreak/>
              <w:t>Не подтверждено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875BC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:rsidRPr="001B0C2E" w14:paraId="69A9CC5F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9D0DF1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Рекомендация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2C82FB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7"/>
                <w:lang w:val="ru-RU"/>
              </w:rPr>
              <w:t>☐</w:t>
            </w:r>
            <w:r w:rsidRPr="001B0C2E">
              <w:rPr>
                <w:sz w:val="17"/>
                <w:lang w:val="ru-RU"/>
              </w:rPr>
              <w:t xml:space="preserve"> готов к подаче   ☐ после устранения замечаний   ☐ не готов</w:t>
            </w:r>
          </w:p>
        </w:tc>
      </w:tr>
      <w:tr w:rsidR="005260E7" w14:paraId="5C8ABABA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1235A6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Срок устранения замечаний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A0F2AC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____________________________</w:t>
            </w:r>
          </w:p>
        </w:tc>
      </w:tr>
    </w:tbl>
    <w:p w14:paraId="512A505B" w14:textId="77777777" w:rsidR="005260E7" w:rsidRDefault="00060C74">
      <w:pPr>
        <w:spacing w:before="200" w:after="40"/>
      </w:pPr>
      <w:r>
        <w:rPr>
          <w:sz w:val="18"/>
        </w:rPr>
        <w:t>Проверил(а): ____________________________   Должность: ____________________________</w:t>
      </w:r>
    </w:p>
    <w:p w14:paraId="5F598447" w14:textId="77777777" w:rsidR="005260E7" w:rsidRDefault="00060C74">
      <w:r>
        <w:rPr>
          <w:sz w:val="18"/>
        </w:rPr>
        <w:t xml:space="preserve">Дата: «____» ______________ 20____ г.    </w:t>
      </w:r>
      <w:r>
        <w:rPr>
          <w:sz w:val="18"/>
        </w:rPr>
        <w:t xml:space="preserve">   Подпись: __________________</w:t>
      </w:r>
    </w:p>
    <w:p w14:paraId="0834941A" w14:textId="77777777" w:rsidR="005260E7" w:rsidRDefault="00060C74">
      <w:r>
        <w:br w:type="page"/>
      </w:r>
    </w:p>
    <w:p w14:paraId="64226A08" w14:textId="77777777" w:rsidR="005260E7" w:rsidRDefault="00060C74">
      <w:pPr>
        <w:spacing w:after="40"/>
      </w:pPr>
      <w:r>
        <w:rPr>
          <w:b/>
          <w:color w:val="2E5D7B"/>
          <w:sz w:val="34"/>
        </w:rPr>
        <w:lastRenderedPageBreak/>
        <w:t>ПЕДАГОГ-ЭКСПЕРТ</w:t>
      </w:r>
    </w:p>
    <w:p w14:paraId="174AA4C7" w14:textId="77777777" w:rsidR="005260E7" w:rsidRDefault="00060C74">
      <w:pPr>
        <w:spacing w:after="180"/>
      </w:pPr>
      <w:r>
        <w:rPr>
          <w:color w:val="5F6B73"/>
          <w:sz w:val="19"/>
        </w:rPr>
        <w:t>Минимальный уровень подтверждений: район / город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944"/>
        <w:gridCol w:w="3096"/>
        <w:gridCol w:w="2376"/>
        <w:gridCol w:w="1036"/>
        <w:gridCol w:w="1267"/>
      </w:tblGrid>
      <w:tr w:rsidR="005260E7" w14:paraId="5DE1D55B" w14:textId="77777777" w:rsidTr="009D6B34">
        <w:trPr>
          <w:tblHeader/>
          <w:jc w:val="center"/>
        </w:trPr>
        <w:tc>
          <w:tcPr>
            <w:tcW w:w="503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0210A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1944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203FB2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Критерий</w:t>
            </w:r>
          </w:p>
        </w:tc>
        <w:tc>
          <w:tcPr>
            <w:tcW w:w="309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3858F1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Требование</w:t>
            </w:r>
          </w:p>
        </w:tc>
        <w:tc>
          <w:tcPr>
            <w:tcW w:w="237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B9081D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Подтверждение</w:t>
            </w:r>
          </w:p>
        </w:tc>
        <w:tc>
          <w:tcPr>
            <w:tcW w:w="103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793665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  <w:tc>
          <w:tcPr>
            <w:tcW w:w="1267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28B62E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Примечание</w:t>
            </w:r>
          </w:p>
        </w:tc>
      </w:tr>
      <w:tr w:rsidR="005260E7" w14:paraId="76BD0FF5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C2EB4F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CA1B14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Квалификационные условия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7D9EE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Соответствие общим требованиям категории </w:t>
            </w:r>
            <w:r w:rsidRPr="001B0C2E">
              <w:rPr>
                <w:sz w:val="15"/>
                <w:lang w:val="ru-RU"/>
              </w:rPr>
              <w:t>«педагог-модератор».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45556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Диплом/переподготовка; трудовая книжка или сведения о стаже; приказ о категории.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3E9988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238D133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7625EF5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C4483" w14:textId="77777777" w:rsidR="005260E7" w:rsidRDefault="005260E7">
            <w:pPr>
              <w:spacing w:after="0" w:line="252" w:lineRule="auto"/>
            </w:pPr>
          </w:p>
        </w:tc>
      </w:tr>
      <w:tr w:rsidR="005260E7" w14:paraId="5865AF8F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1A16F3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EF4650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Квалификационная оценка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694354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В профессиональном цифровом профиле размещены все обязательные и актуальные документы.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48C64F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Проверка профиля на Платформе «Ұстаз»; отсутствие просроченных и дублирующих документов.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EC818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63277D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392CD58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08E5D4" w14:textId="77777777" w:rsidR="005260E7" w:rsidRDefault="005260E7">
            <w:pPr>
              <w:spacing w:after="0" w:line="252" w:lineRule="auto"/>
            </w:pPr>
          </w:p>
        </w:tc>
      </w:tr>
      <w:tr w:rsidR="005260E7" w14:paraId="5E676D7D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0CEDF8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227F3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Качество преподавания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935B7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4 наблюдения; итог — не менее 70 баллов; одно занятие — на уровне района/города.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298575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Листы наблюдения </w:t>
            </w:r>
            <w:r w:rsidRPr="001B0C2E">
              <w:rPr>
                <w:sz w:val="15"/>
                <w:lang w:val="ru-RU"/>
              </w:rPr>
              <w:t>уроков/занятий за аттестационный период, включая требуемого независимого эксперта или члена комиссии.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F19212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4F7DC21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268AADA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352208" w14:textId="77777777" w:rsidR="005260E7" w:rsidRDefault="005260E7">
            <w:pPr>
              <w:spacing w:after="0" w:line="252" w:lineRule="auto"/>
            </w:pPr>
          </w:p>
        </w:tc>
      </w:tr>
      <w:tr w:rsidR="005260E7" w14:paraId="466ABA6E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0336B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175FF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Прогресс обучающихся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B8A794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Педагог отслеживает результаты и анализирует способности и потребности обучающихся.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01C0FE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Сравнительный анализ, мониторинг, диагностические материалы, выводы и последующие действия.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559D2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1E7AA295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61BBF7A2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17E2F6" w14:textId="77777777" w:rsidR="005260E7" w:rsidRDefault="005260E7">
            <w:pPr>
              <w:spacing w:after="0" w:line="252" w:lineRule="auto"/>
            </w:pPr>
          </w:p>
        </w:tc>
      </w:tr>
      <w:tr w:rsidR="005260E7" w14:paraId="1D4E826D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ED73F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1448BB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Достижения обучающихся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36F44B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1 участника на уровне района/города; при наличии призёра добавляется 1 балл.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46AA3A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Приказ/протокол/диплом или сертификат участника мероприятия, входящего в утверждённый перечень.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FD49C4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D039DC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5EC79568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BB9BA3" w14:textId="77777777" w:rsidR="005260E7" w:rsidRDefault="005260E7">
            <w:pPr>
              <w:spacing w:after="0" w:line="252" w:lineRule="auto"/>
            </w:pPr>
          </w:p>
        </w:tc>
      </w:tr>
      <w:tr w:rsidR="005260E7" w14:paraId="0EBCA508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EE4AA4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B25483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Профессиональные конкурсы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6104C0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2 участий за аттестационный период.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00077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Приказ, сертификат, диплом или протокол </w:t>
            </w:r>
            <w:r w:rsidRPr="001B0C2E">
              <w:rPr>
                <w:sz w:val="15"/>
                <w:lang w:val="ru-RU"/>
              </w:rPr>
              <w:t>мероприятия из утверждённого перечня.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2AAE7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874672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74A5D4B3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DDC433" w14:textId="77777777" w:rsidR="005260E7" w:rsidRDefault="005260E7">
            <w:pPr>
              <w:spacing w:after="0" w:line="252" w:lineRule="auto"/>
            </w:pPr>
          </w:p>
        </w:tc>
      </w:tr>
      <w:tr w:rsidR="005260E7" w14:paraId="1D5A1304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13E8D6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D85E23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Трансляция опыта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A0636C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Выступление на уровне района/города.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12DFB4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Приказ или программа мероприятия и ссылка на материалы выступления/мастер-класса.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1CE27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D27F20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607CBC6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5393CE" w14:textId="77777777" w:rsidR="005260E7" w:rsidRDefault="005260E7">
            <w:pPr>
              <w:spacing w:after="0" w:line="252" w:lineRule="auto"/>
            </w:pPr>
          </w:p>
        </w:tc>
      </w:tr>
      <w:tr w:rsidR="005260E7" w14:paraId="004FD803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983761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913D30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 xml:space="preserve">Творческие и </w:t>
            </w:r>
            <w:r>
              <w:rPr>
                <w:b/>
                <w:sz w:val="15"/>
              </w:rPr>
              <w:t>рабочие группы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E50FB6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Участие на уровне района/города.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98989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Приказ, письмо, план/продукт проекта; подтверждение уровня участия.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2228F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38AD61C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1044E17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8A5E48" w14:textId="77777777" w:rsidR="005260E7" w:rsidRDefault="005260E7">
            <w:pPr>
              <w:spacing w:after="0" w:line="252" w:lineRule="auto"/>
            </w:pPr>
          </w:p>
        </w:tc>
      </w:tr>
      <w:tr w:rsidR="005260E7" w14:paraId="6443D9D7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1E9521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4BC2A5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Повышение квалификации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7709DF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36 часов по профилю.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2521A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Сертификат курса по профилю по согласованной </w:t>
            </w:r>
            <w:r w:rsidRPr="001B0C2E">
              <w:rPr>
                <w:sz w:val="15"/>
                <w:lang w:val="ru-RU"/>
              </w:rPr>
              <w:t>программе; организация включена в соответствующий реестр.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D4A21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95AFC8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0296E5B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F878EC" w14:textId="77777777" w:rsidR="005260E7" w:rsidRDefault="005260E7">
            <w:pPr>
              <w:spacing w:after="0" w:line="252" w:lineRule="auto"/>
            </w:pPr>
          </w:p>
        </w:tc>
      </w:tr>
      <w:tr w:rsidR="005260E7" w14:paraId="3B6FDE51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08F170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23117A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Профилактика буллинга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627393" w14:textId="77777777" w:rsidR="005260E7" w:rsidRDefault="00060C74">
            <w:pPr>
              <w:spacing w:after="0" w:line="252" w:lineRule="auto"/>
            </w:pPr>
            <w:r>
              <w:rPr>
                <w:sz w:val="15"/>
              </w:rPr>
              <w:t>Курс учитывается при наличии.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F8AAB7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Сертификат курса по выявлению, профилактике и предупреждению буллинга.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B9FFEE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39C11F3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15694B8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825E7F" w14:textId="77777777" w:rsidR="005260E7" w:rsidRDefault="005260E7">
            <w:pPr>
              <w:spacing w:after="0" w:line="252" w:lineRule="auto"/>
            </w:pPr>
          </w:p>
        </w:tc>
      </w:tr>
      <w:tr w:rsidR="005260E7" w14:paraId="546C916B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B09B66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4666F5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Воспитательная работа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E882BF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5 часов мероприятий за аттестационный период по ценностям программы «Адал азамат», включая инициативы «Таза Қазақстан» и «Заң мен тәртіп».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ECA6A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План/сценарий, приказ или справка, фото/ссылка и краткий анализ результата.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C19F78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C0F99C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4D8B69A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61A10E" w14:textId="77777777" w:rsidR="005260E7" w:rsidRDefault="005260E7">
            <w:pPr>
              <w:spacing w:after="0" w:line="252" w:lineRule="auto"/>
            </w:pPr>
          </w:p>
        </w:tc>
      </w:tr>
    </w:tbl>
    <w:p w14:paraId="64138F1C" w14:textId="77777777" w:rsidR="005260E7" w:rsidRDefault="005260E7"/>
    <w:p w14:paraId="5D660BD2" w14:textId="77777777" w:rsidR="005260E7" w:rsidRDefault="00060C74">
      <w:pPr>
        <w:spacing w:before="80" w:after="80"/>
      </w:pPr>
      <w:r>
        <w:rPr>
          <w:b/>
          <w:color w:val="2E5D7B"/>
          <w:sz w:val="22"/>
        </w:rPr>
        <w:t>ИТОГ ПРЕДВАРИТЕЛЬНОЙ ОЦЕНКИ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6696"/>
      </w:tblGrid>
      <w:tr w:rsidR="005260E7" w14:paraId="5FD82155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071A6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Готово полностью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74B888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14:paraId="2FAD23D8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839153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Частично готово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ACFA8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14:paraId="1626F790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44E336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lastRenderedPageBreak/>
              <w:t>Не подтверждено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CD4043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:rsidRPr="001B0C2E" w14:paraId="671A4FC9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F40765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Рекомендация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CC9919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7"/>
                <w:lang w:val="ru-RU"/>
              </w:rPr>
              <w:t>☐</w:t>
            </w:r>
            <w:r w:rsidRPr="001B0C2E">
              <w:rPr>
                <w:sz w:val="17"/>
                <w:lang w:val="ru-RU"/>
              </w:rPr>
              <w:t xml:space="preserve"> готов к подаче   ☐ после устранения замечаний   ☐ не готов</w:t>
            </w:r>
          </w:p>
        </w:tc>
      </w:tr>
      <w:tr w:rsidR="005260E7" w14:paraId="781886E6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73CE06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Срок устранения замечаний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B3AD9F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____________________________</w:t>
            </w:r>
          </w:p>
        </w:tc>
      </w:tr>
    </w:tbl>
    <w:p w14:paraId="5FFC1319" w14:textId="77777777" w:rsidR="005260E7" w:rsidRDefault="00060C74">
      <w:pPr>
        <w:spacing w:before="200" w:after="40"/>
      </w:pPr>
      <w:r>
        <w:rPr>
          <w:sz w:val="18"/>
        </w:rPr>
        <w:t>Проверил(а): ____________________________   Должность: ____________________________</w:t>
      </w:r>
    </w:p>
    <w:p w14:paraId="64759580" w14:textId="77777777" w:rsidR="005260E7" w:rsidRDefault="00060C74">
      <w:r>
        <w:rPr>
          <w:sz w:val="18"/>
        </w:rPr>
        <w:t>Дата: «____» ______________ 20____ г.       Подпись: __________________</w:t>
      </w:r>
    </w:p>
    <w:p w14:paraId="0DF52D2A" w14:textId="77777777" w:rsidR="005260E7" w:rsidRDefault="00060C74">
      <w:r>
        <w:br w:type="page"/>
      </w:r>
    </w:p>
    <w:p w14:paraId="11D259AF" w14:textId="77777777" w:rsidR="005260E7" w:rsidRDefault="00060C74">
      <w:pPr>
        <w:spacing w:after="40"/>
      </w:pPr>
      <w:r>
        <w:rPr>
          <w:b/>
          <w:color w:val="2E5D7B"/>
          <w:sz w:val="34"/>
        </w:rPr>
        <w:lastRenderedPageBreak/>
        <w:t>ПЕДАГОГ-ИССЛЕДОВАТЕЛЬ</w:t>
      </w:r>
    </w:p>
    <w:p w14:paraId="4DC7559B" w14:textId="77777777" w:rsidR="005260E7" w:rsidRPr="001B0C2E" w:rsidRDefault="00060C74">
      <w:pPr>
        <w:spacing w:after="180"/>
        <w:rPr>
          <w:lang w:val="ru-RU"/>
        </w:rPr>
      </w:pPr>
      <w:r w:rsidRPr="001B0C2E">
        <w:rPr>
          <w:color w:val="5F6B73"/>
          <w:sz w:val="19"/>
          <w:lang w:val="ru-RU"/>
        </w:rPr>
        <w:t>Минимальный уровень подтверждений: область / г</w:t>
      </w:r>
      <w:r w:rsidRPr="001B0C2E">
        <w:rPr>
          <w:color w:val="5F6B73"/>
          <w:sz w:val="19"/>
          <w:lang w:val="ru-RU"/>
        </w:rPr>
        <w:t>ород республиканского значения / столица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944"/>
        <w:gridCol w:w="3096"/>
        <w:gridCol w:w="2376"/>
        <w:gridCol w:w="1036"/>
        <w:gridCol w:w="1267"/>
      </w:tblGrid>
      <w:tr w:rsidR="005260E7" w14:paraId="59FA513B" w14:textId="77777777" w:rsidTr="009D6B34">
        <w:trPr>
          <w:tblHeader/>
          <w:jc w:val="center"/>
        </w:trPr>
        <w:tc>
          <w:tcPr>
            <w:tcW w:w="503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2BFCA3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w="1944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87F78A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Критерий</w:t>
            </w:r>
          </w:p>
        </w:tc>
        <w:tc>
          <w:tcPr>
            <w:tcW w:w="309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3072EC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Требование</w:t>
            </w:r>
          </w:p>
        </w:tc>
        <w:tc>
          <w:tcPr>
            <w:tcW w:w="237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B5C970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Подтверждение</w:t>
            </w:r>
          </w:p>
        </w:tc>
        <w:tc>
          <w:tcPr>
            <w:tcW w:w="1036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D915A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  <w:tc>
          <w:tcPr>
            <w:tcW w:w="1267" w:type="dxa"/>
            <w:shd w:val="clear" w:color="auto" w:fill="2E5D7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BDDDFF" w14:textId="77777777" w:rsidR="005260E7" w:rsidRDefault="00060C74">
            <w:pPr>
              <w:spacing w:after="0" w:line="252" w:lineRule="auto"/>
              <w:jc w:val="center"/>
            </w:pPr>
            <w:r>
              <w:rPr>
                <w:b/>
                <w:color w:val="FFFFFF"/>
                <w:sz w:val="16"/>
              </w:rPr>
              <w:t>Примечание</w:t>
            </w:r>
          </w:p>
        </w:tc>
      </w:tr>
      <w:tr w:rsidR="005260E7" w14:paraId="72DD591A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0B3D37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385FB1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Квалификационные условия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BBD4C1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Соответствие общим требованиям категорий «педагог-модератор» и «педагог-эксперт».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DDC694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Диплом/переподготовка; трудовая книжка или </w:t>
            </w:r>
            <w:r w:rsidRPr="001B0C2E">
              <w:rPr>
                <w:sz w:val="15"/>
                <w:lang w:val="ru-RU"/>
              </w:rPr>
              <w:t>сведения о стаже; приказ о категории.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180D22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32BCA46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09FAB43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E17F4B" w14:textId="77777777" w:rsidR="005260E7" w:rsidRDefault="005260E7">
            <w:pPr>
              <w:spacing w:after="0" w:line="252" w:lineRule="auto"/>
            </w:pPr>
          </w:p>
        </w:tc>
      </w:tr>
      <w:tr w:rsidR="005260E7" w14:paraId="7B8CA15C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B03A33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B584D3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Квалификационная оценка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B58BB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В профессиональном цифровом профиле размещены все обязательные и актуальные документы.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BE9984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Проверка профиля на Платформе «Ұстаз»; отсутствие просроченных и </w:t>
            </w:r>
            <w:r w:rsidRPr="001B0C2E">
              <w:rPr>
                <w:sz w:val="15"/>
                <w:lang w:val="ru-RU"/>
              </w:rPr>
              <w:t>дублирующих документов.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143E35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32A36EC4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42DD242D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C1BD6C" w14:textId="77777777" w:rsidR="005260E7" w:rsidRDefault="005260E7">
            <w:pPr>
              <w:spacing w:after="0" w:line="252" w:lineRule="auto"/>
            </w:pPr>
          </w:p>
        </w:tc>
      </w:tr>
      <w:tr w:rsidR="005260E7" w14:paraId="10D6F63B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17516A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9B273F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Качество преподавания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3D909F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3 онлайн- и 3 офлайн-наблюдения; итог — не менее 80 баллов; предусмотрены наблюдения экспертов соответствующего уровня.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E223D0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Листы наблюдения уроков/занятий за </w:t>
            </w:r>
            <w:r w:rsidRPr="001B0C2E">
              <w:rPr>
                <w:sz w:val="15"/>
                <w:lang w:val="ru-RU"/>
              </w:rPr>
              <w:t>аттестационный период, включая требуемого независимого эксперта или члена комиссии.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84CCBC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4AF30E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4FF3B0E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D6ADD0" w14:textId="77777777" w:rsidR="005260E7" w:rsidRDefault="005260E7">
            <w:pPr>
              <w:spacing w:after="0" w:line="252" w:lineRule="auto"/>
            </w:pPr>
          </w:p>
        </w:tc>
      </w:tr>
      <w:tr w:rsidR="005260E7" w14:paraId="3F117E31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B0FDF7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0BBFFA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Прогресс обучающихся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D0AC17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Педагог отслеживает результаты и анализирует способности и потребности обучающихся.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66D921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Сравнительный анализ, </w:t>
            </w:r>
            <w:r w:rsidRPr="001B0C2E">
              <w:rPr>
                <w:sz w:val="15"/>
                <w:lang w:val="ru-RU"/>
              </w:rPr>
              <w:t>мониторинг, диагностические материалы, выводы и последующие действия.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FA49A9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8CC216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7A2B0279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0ADEC8" w14:textId="77777777" w:rsidR="005260E7" w:rsidRDefault="005260E7">
            <w:pPr>
              <w:spacing w:after="0" w:line="252" w:lineRule="auto"/>
            </w:pPr>
          </w:p>
        </w:tc>
      </w:tr>
      <w:tr w:rsidR="005260E7" w14:paraId="58C81E30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22E7FB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2A5B47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Достижения обучающихся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FC9D7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Не менее 1 участника на областном уровне, уровне города республиканского значения или столицы; при наличии призёра </w:t>
            </w:r>
            <w:r w:rsidRPr="001B0C2E">
              <w:rPr>
                <w:sz w:val="15"/>
                <w:lang w:val="ru-RU"/>
              </w:rPr>
              <w:t>добавляется 1 балл.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32B76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Приказ/протокол/диплом или сертификат участника мероприятия, входящего в утверждённый перечень.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B3A38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E95E84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37FC00D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BA3D22" w14:textId="77777777" w:rsidR="005260E7" w:rsidRDefault="005260E7">
            <w:pPr>
              <w:spacing w:after="0" w:line="252" w:lineRule="auto"/>
            </w:pPr>
          </w:p>
        </w:tc>
      </w:tr>
      <w:tr w:rsidR="005260E7" w14:paraId="6B2BA69E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3AF34E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949EF9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Профессиональные конкурсы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A393AC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2 участий за аттестационный период.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64DF76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Приказ, сертификат, диплом или </w:t>
            </w:r>
            <w:r w:rsidRPr="001B0C2E">
              <w:rPr>
                <w:sz w:val="15"/>
                <w:lang w:val="ru-RU"/>
              </w:rPr>
              <w:t>протокол мероприятия из утверждённого перечня.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DD91A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5288635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0EB18C5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621E27" w14:textId="77777777" w:rsidR="005260E7" w:rsidRDefault="005260E7">
            <w:pPr>
              <w:spacing w:after="0" w:line="252" w:lineRule="auto"/>
            </w:pPr>
          </w:p>
        </w:tc>
      </w:tr>
      <w:tr w:rsidR="005260E7" w14:paraId="7BBB2B47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A3DD2F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690933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Трансляция опыта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92BB0C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Выступление на областном, республиканском уровне, уровне города республиканского значения или столицы.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1EAD2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Приказ или программа мероприятия и ссылка на </w:t>
            </w:r>
            <w:r w:rsidRPr="001B0C2E">
              <w:rPr>
                <w:sz w:val="15"/>
                <w:lang w:val="ru-RU"/>
              </w:rPr>
              <w:t>материалы выступления/мастер-класса.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E66DD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70FB5ED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60C33E7B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40D86A" w14:textId="77777777" w:rsidR="005260E7" w:rsidRDefault="005260E7">
            <w:pPr>
              <w:spacing w:after="0" w:line="252" w:lineRule="auto"/>
            </w:pPr>
          </w:p>
        </w:tc>
      </w:tr>
      <w:tr w:rsidR="005260E7" w14:paraId="6B5AC388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783BA7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54F0E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Творческие и рабочие группы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06C0AD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Участие на областном/республиканском уровне, уровне города республиканского значения или столицы.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1A7899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Приказ, письмо, план/продукт проекта; </w:t>
            </w:r>
            <w:r w:rsidRPr="001B0C2E">
              <w:rPr>
                <w:sz w:val="15"/>
                <w:lang w:val="ru-RU"/>
              </w:rPr>
              <w:t>подтверждение уровня участия.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9177EC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3B2799E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00F076EC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0EEB04" w14:textId="77777777" w:rsidR="005260E7" w:rsidRDefault="005260E7">
            <w:pPr>
              <w:spacing w:after="0" w:line="252" w:lineRule="auto"/>
            </w:pPr>
          </w:p>
        </w:tc>
      </w:tr>
      <w:tr w:rsidR="005260E7" w14:paraId="1D39E8E3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0C1DE6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3C890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Повышение квалификации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920524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Не менее 72 часов по профилю.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DC253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Сертификат курса по профилю по согласованной программе; организация включена в соответствующий реестр.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48BD750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33D00456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4E431CD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B6A737" w14:textId="77777777" w:rsidR="005260E7" w:rsidRDefault="005260E7">
            <w:pPr>
              <w:spacing w:after="0" w:line="252" w:lineRule="auto"/>
            </w:pPr>
          </w:p>
        </w:tc>
      </w:tr>
      <w:tr w:rsidR="005260E7" w14:paraId="3E0BCC86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A80256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6E8E16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Профилактика буллинга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4DAA98" w14:textId="77777777" w:rsidR="005260E7" w:rsidRDefault="00060C74">
            <w:pPr>
              <w:spacing w:after="0" w:line="252" w:lineRule="auto"/>
            </w:pPr>
            <w:r>
              <w:rPr>
                <w:sz w:val="15"/>
              </w:rPr>
              <w:t>Курс учитывается при наличии.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689CB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Сертификат курса по выявлению, профилактике и предупреждению буллинга.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312542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096F402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0BFBDBB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2928B7" w14:textId="77777777" w:rsidR="005260E7" w:rsidRDefault="005260E7">
            <w:pPr>
              <w:spacing w:after="0" w:line="252" w:lineRule="auto"/>
            </w:pPr>
          </w:p>
        </w:tc>
      </w:tr>
      <w:tr w:rsidR="005260E7" w14:paraId="7CCD974D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B1F490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11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0027E1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Воспитательная работа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06CE55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Не менее 5 часов мероприятий за аттестационный период по ценностям </w:t>
            </w:r>
            <w:r w:rsidRPr="001B0C2E">
              <w:rPr>
                <w:sz w:val="15"/>
                <w:lang w:val="ru-RU"/>
              </w:rPr>
              <w:t>программы «Адал азамат», включая инициативы «Таза Қазақстан» и «Заң мен тәртіп».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268CCA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План/сценарий, приказ или справка, фото/ссылка и краткий анализ результата.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F3E92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144CA8C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571B31FA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592AD9" w14:textId="77777777" w:rsidR="005260E7" w:rsidRDefault="005260E7">
            <w:pPr>
              <w:spacing w:after="0" w:line="252" w:lineRule="auto"/>
            </w:pPr>
          </w:p>
        </w:tc>
      </w:tr>
      <w:tr w:rsidR="005260E7" w14:paraId="316DCE84" w14:textId="77777777" w:rsidTr="009D6B34">
        <w:trPr>
          <w:cantSplit/>
          <w:jc w:val="center"/>
        </w:trPr>
        <w:tc>
          <w:tcPr>
            <w:tcW w:w="503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326852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t>12</w:t>
            </w:r>
          </w:p>
        </w:tc>
        <w:tc>
          <w:tcPr>
            <w:tcW w:w="1944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D8FBAB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Авторство или стаж</w:t>
            </w:r>
          </w:p>
        </w:tc>
        <w:tc>
          <w:tcPr>
            <w:tcW w:w="309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3B758F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 xml:space="preserve">Наличие одного из условий: </w:t>
            </w:r>
            <w:r w:rsidRPr="001B0C2E">
              <w:rPr>
                <w:sz w:val="15"/>
                <w:lang w:val="ru-RU"/>
              </w:rPr>
              <w:t>авторство/соавторство учебника; участие в разработке типовой учебной программы; либо непрерывный педагогический стаж не менее 20 лет.</w:t>
            </w:r>
          </w:p>
        </w:tc>
        <w:tc>
          <w:tcPr>
            <w:tcW w:w="237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19CFC1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Публикация или ссылка на издание; приказ; документы, подтверждающие стаж.</w:t>
            </w:r>
          </w:p>
        </w:tc>
        <w:tc>
          <w:tcPr>
            <w:tcW w:w="1036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244130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689ACD61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15C5FA4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shd w:val="clear" w:color="auto" w:fill="F6F8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1F28D1" w14:textId="77777777" w:rsidR="005260E7" w:rsidRDefault="005260E7">
            <w:pPr>
              <w:spacing w:after="0" w:line="252" w:lineRule="auto"/>
            </w:pPr>
          </w:p>
        </w:tc>
      </w:tr>
      <w:tr w:rsidR="005260E7" w14:paraId="255BA11A" w14:textId="77777777" w:rsidTr="009D6B34">
        <w:trPr>
          <w:cantSplit/>
          <w:jc w:val="center"/>
        </w:trPr>
        <w:tc>
          <w:tcPr>
            <w:tcW w:w="5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869B4" w14:textId="77777777" w:rsidR="005260E7" w:rsidRDefault="00060C74">
            <w:pPr>
              <w:spacing w:after="0" w:line="252" w:lineRule="auto"/>
              <w:jc w:val="center"/>
            </w:pPr>
            <w:r>
              <w:rPr>
                <w:sz w:val="15"/>
              </w:rPr>
              <w:lastRenderedPageBreak/>
              <w:t>13</w:t>
            </w:r>
          </w:p>
        </w:tc>
        <w:tc>
          <w:tcPr>
            <w:tcW w:w="194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1C10BB" w14:textId="77777777" w:rsidR="005260E7" w:rsidRDefault="00060C74">
            <w:pPr>
              <w:spacing w:after="0" w:line="252" w:lineRule="auto"/>
            </w:pPr>
            <w:r>
              <w:rPr>
                <w:b/>
                <w:sz w:val="15"/>
              </w:rPr>
              <w:t>Сопровождение педагогов</w:t>
            </w:r>
          </w:p>
        </w:tc>
        <w:tc>
          <w:tcPr>
            <w:tcW w:w="30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BAB6D0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Результативное сопровождение не менее 1 начинающего педагога и/или педагога нижестоящей категории.</w:t>
            </w:r>
          </w:p>
        </w:tc>
        <w:tc>
          <w:tcPr>
            <w:tcW w:w="237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044473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5"/>
                <w:lang w:val="ru-RU"/>
              </w:rPr>
              <w:t>Утверждённый план сопровождения, материалы встреч, результаты и итоговая справка.</w:t>
            </w:r>
          </w:p>
        </w:tc>
        <w:tc>
          <w:tcPr>
            <w:tcW w:w="103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C29F0F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готово</w:t>
            </w:r>
          </w:p>
          <w:p w14:paraId="5A5CCD87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частично</w:t>
            </w:r>
          </w:p>
          <w:p w14:paraId="35458E08" w14:textId="77777777" w:rsidR="005260E7" w:rsidRDefault="00060C74">
            <w:pPr>
              <w:spacing w:after="20"/>
            </w:pPr>
            <w:r>
              <w:rPr>
                <w:sz w:val="15"/>
              </w:rPr>
              <w:t>☐</w:t>
            </w:r>
            <w:r>
              <w:rPr>
                <w:sz w:val="15"/>
              </w:rPr>
              <w:t xml:space="preserve"> нет</w:t>
            </w:r>
          </w:p>
        </w:tc>
        <w:tc>
          <w:tcPr>
            <w:tcW w:w="126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66A884" w14:textId="77777777" w:rsidR="005260E7" w:rsidRDefault="005260E7">
            <w:pPr>
              <w:spacing w:after="0" w:line="252" w:lineRule="auto"/>
            </w:pPr>
          </w:p>
        </w:tc>
      </w:tr>
    </w:tbl>
    <w:p w14:paraId="4740316B" w14:textId="77777777" w:rsidR="005260E7" w:rsidRDefault="005260E7"/>
    <w:p w14:paraId="04B4C0F3" w14:textId="77777777" w:rsidR="005260E7" w:rsidRDefault="00060C74">
      <w:pPr>
        <w:spacing w:before="80" w:after="80"/>
      </w:pPr>
      <w:r>
        <w:rPr>
          <w:b/>
          <w:color w:val="2E5D7B"/>
          <w:sz w:val="22"/>
        </w:rPr>
        <w:t xml:space="preserve">ИТОГ </w:t>
      </w:r>
      <w:r>
        <w:rPr>
          <w:b/>
          <w:color w:val="2E5D7B"/>
          <w:sz w:val="22"/>
        </w:rPr>
        <w:t>ПРЕДВАРИТЕЛЬНОЙ ОЦЕНКИ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4"/>
        <w:gridCol w:w="6696"/>
      </w:tblGrid>
      <w:tr w:rsidR="005260E7" w14:paraId="688CE8CA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5ACD0C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Готово полностью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7903A0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14:paraId="566EB48B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CB7B28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Частично готово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4064FB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14:paraId="74AEF42A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112926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Не подтверждено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64877F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 критериев</w:t>
            </w:r>
          </w:p>
        </w:tc>
      </w:tr>
      <w:tr w:rsidR="005260E7" w:rsidRPr="001B0C2E" w14:paraId="0D6CFFC5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D9F813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Рекомендация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EE4D2" w14:textId="77777777" w:rsidR="005260E7" w:rsidRPr="001B0C2E" w:rsidRDefault="00060C74">
            <w:pPr>
              <w:spacing w:after="0" w:line="252" w:lineRule="auto"/>
              <w:rPr>
                <w:lang w:val="ru-RU"/>
              </w:rPr>
            </w:pPr>
            <w:r w:rsidRPr="001B0C2E">
              <w:rPr>
                <w:sz w:val="17"/>
                <w:lang w:val="ru-RU"/>
              </w:rPr>
              <w:t>☐</w:t>
            </w:r>
            <w:r w:rsidRPr="001B0C2E">
              <w:rPr>
                <w:sz w:val="17"/>
                <w:lang w:val="ru-RU"/>
              </w:rPr>
              <w:t xml:space="preserve"> готов к подаче   ☐ после устранения замечаний   ☐ не готов</w:t>
            </w:r>
          </w:p>
        </w:tc>
      </w:tr>
      <w:tr w:rsidR="005260E7" w14:paraId="3FAB5A6E" w14:textId="77777777">
        <w:trPr>
          <w:jc w:val="center"/>
        </w:trPr>
        <w:tc>
          <w:tcPr>
            <w:tcW w:w="2664" w:type="dxa"/>
            <w:shd w:val="clear" w:color="auto" w:fill="E8F3EC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9CD3E0" w14:textId="77777777" w:rsidR="005260E7" w:rsidRDefault="00060C74">
            <w:pPr>
              <w:spacing w:after="0" w:line="252" w:lineRule="auto"/>
            </w:pPr>
            <w:r>
              <w:rPr>
                <w:b/>
                <w:sz w:val="17"/>
              </w:rPr>
              <w:t>Срок устранения замечаний</w:t>
            </w:r>
          </w:p>
        </w:tc>
        <w:tc>
          <w:tcPr>
            <w:tcW w:w="669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7911C5" w14:textId="77777777" w:rsidR="005260E7" w:rsidRDefault="00060C74">
            <w:pPr>
              <w:spacing w:after="0" w:line="252" w:lineRule="auto"/>
            </w:pPr>
            <w:r>
              <w:rPr>
                <w:sz w:val="17"/>
              </w:rPr>
              <w:t>____________________________</w:t>
            </w:r>
          </w:p>
        </w:tc>
      </w:tr>
    </w:tbl>
    <w:p w14:paraId="2BB8F9B7" w14:textId="77777777" w:rsidR="005260E7" w:rsidRDefault="00060C74">
      <w:pPr>
        <w:spacing w:before="200" w:after="40"/>
      </w:pPr>
      <w:r>
        <w:rPr>
          <w:sz w:val="18"/>
        </w:rPr>
        <w:t>Проверил(а): ____________________________   Должность: ____________________________</w:t>
      </w:r>
    </w:p>
    <w:p w14:paraId="7250B8EB" w14:textId="77777777" w:rsidR="005260E7" w:rsidRDefault="00060C74">
      <w:r>
        <w:rPr>
          <w:sz w:val="18"/>
        </w:rPr>
        <w:t>Дата: «____» ______________ 20____ г.       Подпись: __________________</w:t>
      </w:r>
    </w:p>
    <w:sectPr w:rsidR="005260E7" w:rsidSect="00034616">
      <w:headerReference w:type="default" r:id="rId8"/>
      <w:footerReference w:type="default" r:id="rId9"/>
      <w:pgSz w:w="12240" w:h="15840"/>
      <w:pgMar w:top="1008" w:right="936" w:bottom="936" w:left="93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22C18" w14:textId="77777777" w:rsidR="00060C74" w:rsidRDefault="00060C74">
      <w:pPr>
        <w:spacing w:after="0" w:line="240" w:lineRule="auto"/>
      </w:pPr>
      <w:r>
        <w:separator/>
      </w:r>
    </w:p>
  </w:endnote>
  <w:endnote w:type="continuationSeparator" w:id="0">
    <w:p w14:paraId="7890C4AD" w14:textId="77777777" w:rsidR="00060C74" w:rsidRDefault="00060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EB07" w14:textId="77777777" w:rsidR="005260E7" w:rsidRDefault="00060C74">
    <w:pPr>
      <w:pStyle w:val="a7"/>
      <w:jc w:val="center"/>
    </w:pPr>
    <w:r>
      <w:rPr>
        <w:color w:val="5F6B73"/>
        <w:sz w:val="16"/>
      </w:rPr>
      <w:t>Рабочий чек-лист •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DD13A" w14:textId="77777777" w:rsidR="00060C74" w:rsidRDefault="00060C74">
      <w:pPr>
        <w:spacing w:after="0" w:line="240" w:lineRule="auto"/>
      </w:pPr>
      <w:r>
        <w:separator/>
      </w:r>
    </w:p>
  </w:footnote>
  <w:footnote w:type="continuationSeparator" w:id="0">
    <w:p w14:paraId="6DF5FAA0" w14:textId="77777777" w:rsidR="00060C74" w:rsidRDefault="00060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F1DB7" w14:textId="77777777" w:rsidR="005260E7" w:rsidRDefault="00060C74">
    <w:pPr>
      <w:pStyle w:val="a5"/>
      <w:jc w:val="right"/>
    </w:pPr>
    <w:r>
      <w:rPr>
        <w:b/>
        <w:color w:val="5F6B73"/>
        <w:sz w:val="15"/>
      </w:rPr>
      <w:t xml:space="preserve">АТТЕСТАЦИЯ ПЕДАГОГОВ • ВНУТРЕННЯЯ </w:t>
    </w:r>
    <w:r>
      <w:rPr>
        <w:b/>
        <w:color w:val="5F6B73"/>
        <w:sz w:val="15"/>
      </w:rPr>
      <w:t>ПРЕДВАРИТЕЛЬНАЯ ОЦЕНКА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C74"/>
    <w:rsid w:val="0015074B"/>
    <w:rsid w:val="001B0C2E"/>
    <w:rsid w:val="0029639D"/>
    <w:rsid w:val="00326F90"/>
    <w:rsid w:val="005260E7"/>
    <w:rsid w:val="00964794"/>
    <w:rsid w:val="009D6B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87807"/>
  <w14:defaultImageDpi w14:val="300"/>
  <w15:docId w15:val="{88BA373D-410D-45AD-B129-650A2D827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2E5D7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2E5D7B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1545</Words>
  <Characters>8809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Чек-лист готовности педагогов к аттестации</vt:lpstr>
      <vt:lpstr/>
    </vt:vector>
  </TitlesOfParts>
  <Manager/>
  <Company/>
  <LinksUpToDate>false</LinksUpToDate>
  <CharactersWithSpaces>10334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готовности педагогов к аттестации</dc:title>
  <dc:subject>Педагог-модератор, педагог-эксперт, педагог-исследователь</dc:subject>
  <dc:creator>Lenovo</dc:creator>
  <cp:keywords/>
  <dc:description>generated by python-docx</dc:description>
  <cp:lastModifiedBy>Lenovo</cp:lastModifiedBy>
  <cp:revision>4</cp:revision>
  <dcterms:created xsi:type="dcterms:W3CDTF">2026-08-25T09:00:00Z</dcterms:created>
  <dcterms:modified xsi:type="dcterms:W3CDTF">2026-08-25T09:01:00Z</dcterms:modified>
  <cp:category/>
</cp:coreProperties>
</file>