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050D1" w14:textId="77777777" w:rsidR="002A6E9A" w:rsidRPr="00157071" w:rsidRDefault="0011744A" w:rsidP="00157071">
      <w:pPr>
        <w:pStyle w:val="aa"/>
        <w:pBdr>
          <w:bottom w:val="single" w:sz="8" w:space="15" w:color="4F81BD" w:themeColor="accent1"/>
        </w:pBdr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57071">
        <w:rPr>
          <w:rFonts w:ascii="Times New Roman" w:eastAsia="Arial" w:hAnsi="Times New Roman" w:cs="Times New Roman"/>
          <w:sz w:val="20"/>
          <w:szCs w:val="20"/>
          <w:lang w:val="ru-RU"/>
        </w:rPr>
        <w:t>Лист оценивания портфолио педагога школы</w:t>
      </w:r>
    </w:p>
    <w:p w14:paraId="2A694EA6" w14:textId="77777777" w:rsidR="002A6E9A" w:rsidRPr="00157071" w:rsidRDefault="0011744A">
      <w:pPr>
        <w:spacing w:after="60"/>
        <w:rPr>
          <w:rFonts w:ascii="Times New Roman" w:hAnsi="Times New Roman" w:cs="Times New Roman"/>
          <w:sz w:val="20"/>
          <w:szCs w:val="20"/>
          <w:lang w:val="ru-RU"/>
        </w:rPr>
      </w:pPr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Ф.И.О. (педагога): ______________________________________________________________</w:t>
      </w:r>
    </w:p>
    <w:p w14:paraId="24FAFF49" w14:textId="77777777" w:rsidR="002A6E9A" w:rsidRPr="00157071" w:rsidRDefault="0011744A">
      <w:pPr>
        <w:spacing w:after="60"/>
        <w:rPr>
          <w:rFonts w:ascii="Times New Roman" w:hAnsi="Times New Roman" w:cs="Times New Roman"/>
          <w:sz w:val="20"/>
          <w:szCs w:val="20"/>
          <w:lang w:val="ru-RU"/>
        </w:rPr>
      </w:pPr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Организация образования: ______________________________________________________</w:t>
      </w:r>
    </w:p>
    <w:p w14:paraId="4C206A36" w14:textId="77777777" w:rsidR="002A6E9A" w:rsidRPr="00157071" w:rsidRDefault="0011744A">
      <w:pPr>
        <w:spacing w:after="60"/>
        <w:rPr>
          <w:rFonts w:ascii="Times New Roman" w:hAnsi="Times New Roman" w:cs="Times New Roman"/>
          <w:sz w:val="20"/>
          <w:szCs w:val="20"/>
          <w:lang w:val="ru-RU"/>
        </w:rPr>
      </w:pPr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Должность: _________________________</w:t>
      </w:r>
      <w:proofErr w:type="gramStart"/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_  Квалификационная</w:t>
      </w:r>
      <w:proofErr w:type="gramEnd"/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 xml:space="preserve"> категория: _______________</w:t>
      </w:r>
    </w:p>
    <w:p w14:paraId="12977987" w14:textId="77777777" w:rsidR="002A6E9A" w:rsidRPr="00157071" w:rsidRDefault="0011744A">
      <w:pPr>
        <w:spacing w:after="60"/>
        <w:rPr>
          <w:rFonts w:ascii="Times New Roman" w:hAnsi="Times New Roman" w:cs="Times New Roman"/>
          <w:sz w:val="20"/>
          <w:szCs w:val="20"/>
          <w:lang w:val="ru-RU"/>
        </w:rPr>
      </w:pPr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Заявляемая квалификационная категория: _________________________________________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84"/>
        <w:gridCol w:w="2175"/>
        <w:gridCol w:w="2267"/>
        <w:gridCol w:w="2647"/>
        <w:gridCol w:w="3470"/>
        <w:gridCol w:w="3188"/>
        <w:gridCol w:w="1137"/>
      </w:tblGrid>
      <w:tr w:rsidR="002A6E9A" w:rsidRPr="00157071" w14:paraId="633CEFBE" w14:textId="77777777" w:rsidTr="00157071">
        <w:trPr>
          <w:trHeight w:val="30"/>
        </w:trPr>
        <w:tc>
          <w:tcPr>
            <w:tcW w:w="587" w:type="dxa"/>
            <w:vMerge w:val="restart"/>
          </w:tcPr>
          <w:p w14:paraId="581DF6B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187" w:type="dxa"/>
            <w:vMerge w:val="restart"/>
          </w:tcPr>
          <w:p w14:paraId="108E15E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Критерии</w:t>
            </w:r>
            <w:proofErr w:type="spellEnd"/>
          </w:p>
        </w:tc>
        <w:tc>
          <w:tcPr>
            <w:tcW w:w="11782" w:type="dxa"/>
            <w:gridSpan w:val="4"/>
          </w:tcPr>
          <w:p w14:paraId="35EA454F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квалификационная</w:t>
            </w:r>
            <w:proofErr w:type="spellEnd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категория</w:t>
            </w:r>
            <w:proofErr w:type="spellEnd"/>
          </w:p>
        </w:tc>
        <w:tc>
          <w:tcPr>
            <w:tcW w:w="1138" w:type="dxa"/>
            <w:vMerge w:val="restart"/>
          </w:tcPr>
          <w:p w14:paraId="7771C91A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баллы</w:t>
            </w:r>
            <w:proofErr w:type="spellEnd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комиссии</w:t>
            </w:r>
            <w:proofErr w:type="spellEnd"/>
          </w:p>
        </w:tc>
      </w:tr>
      <w:tr w:rsidR="002A6E9A" w:rsidRPr="00157071" w14:paraId="2EC91E00" w14:textId="77777777" w:rsidTr="00157071">
        <w:trPr>
          <w:trHeight w:val="30"/>
        </w:trPr>
        <w:tc>
          <w:tcPr>
            <w:tcW w:w="0" w:type="auto"/>
            <w:vMerge/>
          </w:tcPr>
          <w:p w14:paraId="33C62B42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vMerge/>
          </w:tcPr>
          <w:p w14:paraId="547657A5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</w:tcPr>
          <w:p w14:paraId="5B0D388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педагог-модератор</w:t>
            </w:r>
            <w:proofErr w:type="spellEnd"/>
          </w:p>
        </w:tc>
        <w:tc>
          <w:tcPr>
            <w:tcW w:w="2693" w:type="dxa"/>
          </w:tcPr>
          <w:p w14:paraId="253E2F8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педагог-эксперт</w:t>
            </w:r>
            <w:proofErr w:type="spellEnd"/>
          </w:p>
        </w:tc>
        <w:tc>
          <w:tcPr>
            <w:tcW w:w="3544" w:type="dxa"/>
          </w:tcPr>
          <w:p w14:paraId="5DB1B5B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педагог-исследователь</w:t>
            </w:r>
            <w:proofErr w:type="spellEnd"/>
          </w:p>
        </w:tc>
        <w:tc>
          <w:tcPr>
            <w:tcW w:w="3249" w:type="dxa"/>
          </w:tcPr>
          <w:p w14:paraId="05941FDF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педагог-мастер</w:t>
            </w:r>
            <w:proofErr w:type="spellEnd"/>
          </w:p>
        </w:tc>
        <w:tc>
          <w:tcPr>
            <w:tcW w:w="0" w:type="auto"/>
            <w:vMerge/>
          </w:tcPr>
          <w:p w14:paraId="1E9755F3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3BD63952" w14:textId="77777777" w:rsidTr="00157071">
        <w:trPr>
          <w:trHeight w:val="30"/>
        </w:trPr>
        <w:tc>
          <w:tcPr>
            <w:tcW w:w="587" w:type="dxa"/>
          </w:tcPr>
          <w:p w14:paraId="7490ADDA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5"/>
          </w:tcPr>
          <w:p w14:paraId="6D6A8BD0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Обеспечение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качества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образования</w:t>
            </w:r>
            <w:proofErr w:type="spellEnd"/>
          </w:p>
        </w:tc>
        <w:tc>
          <w:tcPr>
            <w:tcW w:w="1138" w:type="dxa"/>
          </w:tcPr>
          <w:p w14:paraId="2B82A213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9081F4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3667E65A" w14:textId="77777777" w:rsidTr="00157071">
        <w:trPr>
          <w:trHeight w:val="30"/>
        </w:trPr>
        <w:tc>
          <w:tcPr>
            <w:tcW w:w="587" w:type="dxa"/>
            <w:vMerge w:val="restart"/>
          </w:tcPr>
          <w:p w14:paraId="2461C3CD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187" w:type="dxa"/>
          </w:tcPr>
          <w:p w14:paraId="55A14E1D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качество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преподавания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организации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проведения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89" w:type="dxa"/>
            <w:gridSpan w:val="2"/>
          </w:tcPr>
          <w:p w14:paraId="283E82A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0" w:name="z531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наличие листов наблюдения урока (занятия, организованной деятельности, мероприятия, процедуры обследования и консультирования) от руководителя, заместителя руководителя, методиста, педагога организации образования;</w:t>
            </w:r>
          </w:p>
          <w:bookmarkEnd w:id="0"/>
          <w:p w14:paraId="0128266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не менее одного от члена аттестационной комиссии соответствующего уровня независимого эксперта в аттестационный период</w:t>
            </w:r>
          </w:p>
          <w:p w14:paraId="7C55108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примечание: для педагога-эксперта 1 (одно) занятие на уровне района/города</w:t>
            </w:r>
          </w:p>
        </w:tc>
        <w:tc>
          <w:tcPr>
            <w:tcW w:w="6793" w:type="dxa"/>
            <w:gridSpan w:val="2"/>
          </w:tcPr>
          <w:p w14:paraId="66691610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1" w:name="z533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наличие листов наблюдения урока (занятия, организованной деятельности, мероприятия, процедуры обследования и консультирования) от руководителя, заместителя руководителя, методиста, педагога организации образования;</w:t>
            </w:r>
          </w:p>
          <w:bookmarkEnd w:id="1"/>
          <w:p w14:paraId="6880609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не менее одного от члена аттестационной комиссии соответствующего уровня и методиста методического кабинета (центра) (оффлайн-уроки), от независимых экспертов (онлайн-уроки) в аттестационный период</w:t>
            </w:r>
          </w:p>
        </w:tc>
        <w:tc>
          <w:tcPr>
            <w:tcW w:w="1138" w:type="dxa"/>
          </w:tcPr>
          <w:p w14:paraId="20058514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ECF010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A6E9A" w:rsidRPr="00157071" w14:paraId="77B0A98B" w14:textId="77777777" w:rsidTr="00157071">
        <w:trPr>
          <w:trHeight w:val="30"/>
        </w:trPr>
        <w:tc>
          <w:tcPr>
            <w:tcW w:w="0" w:type="auto"/>
            <w:vMerge/>
          </w:tcPr>
          <w:p w14:paraId="4AFCDEFD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87" w:type="dxa"/>
          </w:tcPr>
          <w:p w14:paraId="6203770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количество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наблюдений</w:t>
            </w:r>
            <w:proofErr w:type="spellEnd"/>
          </w:p>
        </w:tc>
        <w:tc>
          <w:tcPr>
            <w:tcW w:w="2296" w:type="dxa"/>
          </w:tcPr>
          <w:p w14:paraId="39F98588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14:paraId="34848B46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5BDFC03D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3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онлайн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и 3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оффлайн</w:t>
            </w:r>
            <w:proofErr w:type="spellEnd"/>
          </w:p>
        </w:tc>
        <w:tc>
          <w:tcPr>
            <w:tcW w:w="3249" w:type="dxa"/>
          </w:tcPr>
          <w:p w14:paraId="31DECCC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онлайн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и 4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оффлайн</w:t>
            </w:r>
            <w:proofErr w:type="spellEnd"/>
          </w:p>
        </w:tc>
        <w:tc>
          <w:tcPr>
            <w:tcW w:w="1138" w:type="dxa"/>
            <w:vMerge w:val="restart"/>
          </w:tcPr>
          <w:p w14:paraId="4B621E32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2D3756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623B85AF" w14:textId="77777777" w:rsidTr="00157071">
        <w:trPr>
          <w:trHeight w:val="30"/>
        </w:trPr>
        <w:tc>
          <w:tcPr>
            <w:tcW w:w="0" w:type="auto"/>
            <w:vMerge/>
          </w:tcPr>
          <w:p w14:paraId="4F652864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</w:tcPr>
          <w:p w14:paraId="76CB579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2296" w:type="dxa"/>
          </w:tcPr>
          <w:p w14:paraId="71EB74AC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693" w:type="dxa"/>
          </w:tcPr>
          <w:p w14:paraId="70E7D568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544" w:type="dxa"/>
          </w:tcPr>
          <w:p w14:paraId="08F2D86B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249" w:type="dxa"/>
          </w:tcPr>
          <w:p w14:paraId="6765280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vMerge/>
          </w:tcPr>
          <w:p w14:paraId="2EBEA137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3479EABE" w14:textId="77777777" w:rsidTr="00157071">
        <w:trPr>
          <w:trHeight w:val="30"/>
        </w:trPr>
        <w:tc>
          <w:tcPr>
            <w:tcW w:w="587" w:type="dxa"/>
          </w:tcPr>
          <w:p w14:paraId="20846816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gridSpan w:val="6"/>
          </w:tcPr>
          <w:p w14:paraId="1299E1D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Результативность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профессиональной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</w:p>
        </w:tc>
      </w:tr>
      <w:tr w:rsidR="002A6E9A" w:rsidRPr="00157071" w14:paraId="1D694944" w14:textId="77777777" w:rsidTr="00157071">
        <w:trPr>
          <w:trHeight w:val="30"/>
        </w:trPr>
        <w:tc>
          <w:tcPr>
            <w:tcW w:w="587" w:type="dxa"/>
            <w:vMerge w:val="restart"/>
          </w:tcPr>
          <w:p w14:paraId="442F5B9B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187" w:type="dxa"/>
            <w:vMerge w:val="restart"/>
          </w:tcPr>
          <w:p w14:paraId="67DA285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2" w:name="z534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участие обучающихся (воспитанников) в конкурсах или олимпиадах, или соревнованиях в соответствии с перечнем или перечнем, утвержденным управлением образованием области (городов республиканского значения, столицы), или уполномоченным органом соответствующей отрасли, согласованным с </w:t>
            </w: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уполномоченным органом в области образования</w:t>
            </w:r>
          </w:p>
          <w:bookmarkEnd w:id="2"/>
          <w:p w14:paraId="3749918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примечание 2: прибавляется 1 балл, если есть победитель/призер, независимо от количества</w:t>
            </w:r>
          </w:p>
        </w:tc>
        <w:tc>
          <w:tcPr>
            <w:tcW w:w="2296" w:type="dxa"/>
          </w:tcPr>
          <w:p w14:paraId="1C61BE2B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не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менее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участника</w:t>
            </w:r>
            <w:proofErr w:type="spellEnd"/>
          </w:p>
        </w:tc>
        <w:tc>
          <w:tcPr>
            <w:tcW w:w="2693" w:type="dxa"/>
          </w:tcPr>
          <w:p w14:paraId="6CC9395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не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менее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участника</w:t>
            </w:r>
            <w:proofErr w:type="spellEnd"/>
          </w:p>
        </w:tc>
        <w:tc>
          <w:tcPr>
            <w:tcW w:w="3544" w:type="dxa"/>
          </w:tcPr>
          <w:p w14:paraId="7EA9572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не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менее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участника</w:t>
            </w:r>
            <w:proofErr w:type="spellEnd"/>
          </w:p>
        </w:tc>
        <w:tc>
          <w:tcPr>
            <w:tcW w:w="3249" w:type="dxa"/>
          </w:tcPr>
          <w:p w14:paraId="41826FBB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не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менее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участника</w:t>
            </w:r>
            <w:proofErr w:type="spellEnd"/>
          </w:p>
        </w:tc>
        <w:tc>
          <w:tcPr>
            <w:tcW w:w="1138" w:type="dxa"/>
          </w:tcPr>
          <w:p w14:paraId="440521B0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EA4517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68807E85" w14:textId="77777777" w:rsidTr="00157071">
        <w:trPr>
          <w:trHeight w:val="30"/>
        </w:trPr>
        <w:tc>
          <w:tcPr>
            <w:tcW w:w="0" w:type="auto"/>
            <w:vMerge/>
          </w:tcPr>
          <w:p w14:paraId="6B2C7B3C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vMerge/>
          </w:tcPr>
          <w:p w14:paraId="24809C38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</w:tcPr>
          <w:p w14:paraId="74F5C7B6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организация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образования</w:t>
            </w:r>
            <w:proofErr w:type="spellEnd"/>
          </w:p>
        </w:tc>
        <w:tc>
          <w:tcPr>
            <w:tcW w:w="2693" w:type="dxa"/>
          </w:tcPr>
          <w:p w14:paraId="13FB9A3D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район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город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14:paraId="3658D93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область, город республиканского значения, столица</w:t>
            </w:r>
          </w:p>
        </w:tc>
        <w:tc>
          <w:tcPr>
            <w:tcW w:w="3249" w:type="dxa"/>
          </w:tcPr>
          <w:p w14:paraId="099228F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республиканский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и (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или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международный</w:t>
            </w:r>
            <w:proofErr w:type="spellEnd"/>
          </w:p>
        </w:tc>
        <w:tc>
          <w:tcPr>
            <w:tcW w:w="1138" w:type="dxa"/>
          </w:tcPr>
          <w:p w14:paraId="473B3E1D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AADF6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22EAB66F" w14:textId="77777777" w:rsidTr="00157071">
        <w:trPr>
          <w:trHeight w:val="30"/>
        </w:trPr>
        <w:tc>
          <w:tcPr>
            <w:tcW w:w="0" w:type="auto"/>
            <w:vMerge/>
          </w:tcPr>
          <w:p w14:paraId="2482B173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</w:tcPr>
          <w:p w14:paraId="44DE494A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2296" w:type="dxa"/>
          </w:tcPr>
          <w:p w14:paraId="1EAE84C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2828D1E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4108B427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49" w:type="dxa"/>
          </w:tcPr>
          <w:p w14:paraId="05F408F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</w:tcPr>
          <w:p w14:paraId="7E08F2E6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5B5578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740295A3" w14:textId="77777777" w:rsidTr="00157071">
        <w:trPr>
          <w:trHeight w:val="30"/>
        </w:trPr>
        <w:tc>
          <w:tcPr>
            <w:tcW w:w="587" w:type="dxa"/>
            <w:vMerge w:val="restart"/>
          </w:tcPr>
          <w:p w14:paraId="21659200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2187" w:type="dxa"/>
            <w:vMerge w:val="restart"/>
          </w:tcPr>
          <w:p w14:paraId="509EBD07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3" w:name="z535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участие в профессиональных конкурсах или олимпиадах или соревнованиях в соответствии с перечнем или перечнем, утвержденным управлением образованием области (городов республиканского значения, столицы), или уполномоченным органом соответствую щей отрасли, согласованным с уполномоченным органом в области образования</w:t>
            </w:r>
          </w:p>
          <w:bookmarkEnd w:id="3"/>
          <w:p w14:paraId="74C683C4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примечание: прибавляется 1 балл, при наличии призового места не зависимо от количества участий</w:t>
            </w:r>
          </w:p>
        </w:tc>
        <w:tc>
          <w:tcPr>
            <w:tcW w:w="2296" w:type="dxa"/>
          </w:tcPr>
          <w:p w14:paraId="7EB9E85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не менее 2 участий за аттестационный период</w:t>
            </w:r>
          </w:p>
        </w:tc>
        <w:tc>
          <w:tcPr>
            <w:tcW w:w="2693" w:type="dxa"/>
          </w:tcPr>
          <w:p w14:paraId="3D125DD7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не менее 2 участий за аттестационный период</w:t>
            </w:r>
          </w:p>
        </w:tc>
        <w:tc>
          <w:tcPr>
            <w:tcW w:w="3544" w:type="dxa"/>
          </w:tcPr>
          <w:p w14:paraId="04A6E90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не менее 2 участий за аттестационный период</w:t>
            </w:r>
          </w:p>
        </w:tc>
        <w:tc>
          <w:tcPr>
            <w:tcW w:w="3249" w:type="dxa"/>
          </w:tcPr>
          <w:p w14:paraId="1246AF47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не менее 2 участий за аттестационный период</w:t>
            </w:r>
          </w:p>
        </w:tc>
        <w:tc>
          <w:tcPr>
            <w:tcW w:w="1138" w:type="dxa"/>
          </w:tcPr>
          <w:p w14:paraId="3CBEE254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1FD7873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A6E9A" w:rsidRPr="00157071" w14:paraId="40E95F02" w14:textId="77777777" w:rsidTr="00157071">
        <w:trPr>
          <w:trHeight w:val="30"/>
        </w:trPr>
        <w:tc>
          <w:tcPr>
            <w:tcW w:w="0" w:type="auto"/>
            <w:vMerge/>
          </w:tcPr>
          <w:p w14:paraId="22338176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87" w:type="dxa"/>
            <w:vMerge/>
          </w:tcPr>
          <w:p w14:paraId="2CFA3DFF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96" w:type="dxa"/>
          </w:tcPr>
          <w:p w14:paraId="172926F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организация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образования</w:t>
            </w:r>
            <w:proofErr w:type="spellEnd"/>
          </w:p>
        </w:tc>
        <w:tc>
          <w:tcPr>
            <w:tcW w:w="2693" w:type="dxa"/>
          </w:tcPr>
          <w:p w14:paraId="20C8CEF0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район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город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14:paraId="52B794AB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область, город республиканского значения, столица</w:t>
            </w:r>
          </w:p>
        </w:tc>
        <w:tc>
          <w:tcPr>
            <w:tcW w:w="3249" w:type="dxa"/>
          </w:tcPr>
          <w:p w14:paraId="67CF48E6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республиканский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и (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или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международный</w:t>
            </w:r>
            <w:proofErr w:type="spellEnd"/>
          </w:p>
        </w:tc>
        <w:tc>
          <w:tcPr>
            <w:tcW w:w="1138" w:type="dxa"/>
          </w:tcPr>
          <w:p w14:paraId="162C8529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FD350F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11E1A932" w14:textId="77777777" w:rsidTr="00157071">
        <w:trPr>
          <w:trHeight w:val="30"/>
        </w:trPr>
        <w:tc>
          <w:tcPr>
            <w:tcW w:w="0" w:type="auto"/>
            <w:vMerge/>
          </w:tcPr>
          <w:p w14:paraId="53EEB268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</w:tcPr>
          <w:p w14:paraId="073F2217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2296" w:type="dxa"/>
          </w:tcPr>
          <w:p w14:paraId="1C0B8BD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01FFCB5D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4D295A9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49" w:type="dxa"/>
          </w:tcPr>
          <w:p w14:paraId="4686433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</w:tcPr>
          <w:p w14:paraId="27CD10A3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040287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38471561" w14:textId="77777777" w:rsidTr="00157071">
        <w:trPr>
          <w:trHeight w:val="30"/>
        </w:trPr>
        <w:tc>
          <w:tcPr>
            <w:tcW w:w="587" w:type="dxa"/>
          </w:tcPr>
          <w:p w14:paraId="1924A6D4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0" w:type="auto"/>
            <w:gridSpan w:val="5"/>
          </w:tcPr>
          <w:p w14:paraId="2E20D2D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Обобщение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трансляция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опыта</w:t>
            </w:r>
            <w:proofErr w:type="spellEnd"/>
          </w:p>
        </w:tc>
        <w:tc>
          <w:tcPr>
            <w:tcW w:w="1138" w:type="dxa"/>
          </w:tcPr>
          <w:p w14:paraId="3C447C2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5C76D2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252389E9" w14:textId="77777777" w:rsidTr="00157071">
        <w:trPr>
          <w:trHeight w:val="30"/>
        </w:trPr>
        <w:tc>
          <w:tcPr>
            <w:tcW w:w="587" w:type="dxa"/>
            <w:vMerge w:val="restart"/>
          </w:tcPr>
          <w:p w14:paraId="1A0C01D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2187" w:type="dxa"/>
            <w:vMerge w:val="restart"/>
          </w:tcPr>
          <w:p w14:paraId="59AF08D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выступления на семинарах, конференциях, форумах, тренингах, мастер-классах</w:t>
            </w:r>
          </w:p>
        </w:tc>
        <w:tc>
          <w:tcPr>
            <w:tcW w:w="12920" w:type="dxa"/>
            <w:gridSpan w:val="5"/>
          </w:tcPr>
          <w:p w14:paraId="2AF21BDC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наличие доказательств: выписка из приказа (копия приказа) или программа (копия программы) и ссылка на материалы мероприятия.</w:t>
            </w:r>
          </w:p>
        </w:tc>
      </w:tr>
      <w:tr w:rsidR="002A6E9A" w:rsidRPr="00157071" w14:paraId="24B9FEE4" w14:textId="77777777" w:rsidTr="00157071">
        <w:trPr>
          <w:trHeight w:val="30"/>
        </w:trPr>
        <w:tc>
          <w:tcPr>
            <w:tcW w:w="0" w:type="auto"/>
            <w:vMerge/>
          </w:tcPr>
          <w:p w14:paraId="5F6E71F4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87" w:type="dxa"/>
            <w:vMerge/>
          </w:tcPr>
          <w:p w14:paraId="2B169454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96" w:type="dxa"/>
          </w:tcPr>
          <w:p w14:paraId="1C45299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организация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образования</w:t>
            </w:r>
            <w:proofErr w:type="spellEnd"/>
          </w:p>
        </w:tc>
        <w:tc>
          <w:tcPr>
            <w:tcW w:w="2693" w:type="dxa"/>
          </w:tcPr>
          <w:p w14:paraId="24586B5B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район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город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14:paraId="6F1B471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область, город республиканского значения, столица</w:t>
            </w:r>
          </w:p>
        </w:tc>
        <w:tc>
          <w:tcPr>
            <w:tcW w:w="3249" w:type="dxa"/>
          </w:tcPr>
          <w:p w14:paraId="04823C2F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республиканский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и (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или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международный</w:t>
            </w:r>
            <w:proofErr w:type="spellEnd"/>
          </w:p>
        </w:tc>
        <w:tc>
          <w:tcPr>
            <w:tcW w:w="1138" w:type="dxa"/>
            <w:vMerge w:val="restart"/>
          </w:tcPr>
          <w:p w14:paraId="134B84D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349EB9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1E485C9F" w14:textId="77777777" w:rsidTr="00157071">
        <w:trPr>
          <w:trHeight w:val="30"/>
        </w:trPr>
        <w:tc>
          <w:tcPr>
            <w:tcW w:w="0" w:type="auto"/>
            <w:vMerge/>
          </w:tcPr>
          <w:p w14:paraId="0E7448F2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</w:tcPr>
          <w:p w14:paraId="1E1F36C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2296" w:type="dxa"/>
          </w:tcPr>
          <w:p w14:paraId="2E84E8A7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DE1447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1BCB7D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4FE4A677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49" w:type="dxa"/>
          </w:tcPr>
          <w:p w14:paraId="11D2FF6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Merge/>
          </w:tcPr>
          <w:p w14:paraId="669C8933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10E9A3CB" w14:textId="77777777" w:rsidTr="00157071">
        <w:trPr>
          <w:trHeight w:val="30"/>
        </w:trPr>
        <w:tc>
          <w:tcPr>
            <w:tcW w:w="587" w:type="dxa"/>
            <w:vMerge w:val="restart"/>
          </w:tcPr>
          <w:p w14:paraId="5915F33C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187" w:type="dxa"/>
            <w:vMerge w:val="restart"/>
          </w:tcPr>
          <w:p w14:paraId="3A213CD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авторство (соавторство) учебников или участие в разработке типовых учебных программ или наличие непрерывного педагогического стажа не менее двадцати лет (для педагога-исследователя), не менее двадцати пяти лет (для педагога-мастера)</w:t>
            </w:r>
          </w:p>
        </w:tc>
        <w:tc>
          <w:tcPr>
            <w:tcW w:w="12920" w:type="dxa"/>
            <w:gridSpan w:val="5"/>
          </w:tcPr>
          <w:p w14:paraId="282790C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копия публикации (ссылка на издание), копии приказов, копии документов, подтверждающих трудовой стаж</w:t>
            </w:r>
          </w:p>
        </w:tc>
      </w:tr>
      <w:tr w:rsidR="002A6E9A" w:rsidRPr="00157071" w14:paraId="20B737FB" w14:textId="77777777" w:rsidTr="00157071">
        <w:trPr>
          <w:trHeight w:val="30"/>
        </w:trPr>
        <w:tc>
          <w:tcPr>
            <w:tcW w:w="0" w:type="auto"/>
            <w:vMerge/>
          </w:tcPr>
          <w:p w14:paraId="6E3D6E7F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87" w:type="dxa"/>
            <w:vMerge/>
          </w:tcPr>
          <w:p w14:paraId="45C4F07A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96" w:type="dxa"/>
          </w:tcPr>
          <w:p w14:paraId="2F4A595B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252B426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93" w:type="dxa"/>
            <w:gridSpan w:val="2"/>
          </w:tcPr>
          <w:p w14:paraId="49D6099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при наличии одного из требований</w:t>
            </w:r>
          </w:p>
        </w:tc>
        <w:tc>
          <w:tcPr>
            <w:tcW w:w="1138" w:type="dxa"/>
          </w:tcPr>
          <w:p w14:paraId="3339F1DE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100A498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A6E9A" w:rsidRPr="00157071" w14:paraId="1606A458" w14:textId="77777777" w:rsidTr="00157071">
        <w:trPr>
          <w:trHeight w:val="30"/>
        </w:trPr>
        <w:tc>
          <w:tcPr>
            <w:tcW w:w="0" w:type="auto"/>
            <w:vMerge/>
          </w:tcPr>
          <w:p w14:paraId="2FEB6D14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87" w:type="dxa"/>
          </w:tcPr>
          <w:p w14:paraId="75C46A6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2296" w:type="dxa"/>
          </w:tcPr>
          <w:p w14:paraId="0B3234C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020786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93" w:type="dxa"/>
            <w:gridSpan w:val="2"/>
          </w:tcPr>
          <w:p w14:paraId="18B8291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</w:tcPr>
          <w:p w14:paraId="6C0E169F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86D0D6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058E1F48" w14:textId="77777777" w:rsidTr="00157071">
        <w:trPr>
          <w:trHeight w:val="30"/>
        </w:trPr>
        <w:tc>
          <w:tcPr>
            <w:tcW w:w="587" w:type="dxa"/>
            <w:vMerge w:val="restart"/>
          </w:tcPr>
          <w:p w14:paraId="17DB8E86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3.3.</w:t>
            </w:r>
          </w:p>
        </w:tc>
        <w:tc>
          <w:tcPr>
            <w:tcW w:w="2187" w:type="dxa"/>
            <w:vMerge w:val="restart"/>
          </w:tcPr>
          <w:p w14:paraId="5CF77A4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участие в творческих (экспертных, рабочих) группах, проектах (социальных, научных, исследовательских, волонтерских и др.)</w:t>
            </w:r>
          </w:p>
        </w:tc>
        <w:tc>
          <w:tcPr>
            <w:tcW w:w="12920" w:type="dxa"/>
            <w:gridSpan w:val="5"/>
          </w:tcPr>
          <w:p w14:paraId="1D19E5B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наличие доказательств: выписка из приказа (копия приказа), письма (копия письма)</w:t>
            </w:r>
          </w:p>
        </w:tc>
      </w:tr>
      <w:tr w:rsidR="002A6E9A" w:rsidRPr="00157071" w14:paraId="3870428C" w14:textId="77777777" w:rsidTr="00157071">
        <w:trPr>
          <w:trHeight w:val="30"/>
        </w:trPr>
        <w:tc>
          <w:tcPr>
            <w:tcW w:w="0" w:type="auto"/>
            <w:vMerge/>
          </w:tcPr>
          <w:p w14:paraId="3852CE6B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87" w:type="dxa"/>
            <w:vMerge/>
          </w:tcPr>
          <w:p w14:paraId="5BC5C0BA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96" w:type="dxa"/>
          </w:tcPr>
          <w:p w14:paraId="4C7F81F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организация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образования</w:t>
            </w:r>
            <w:proofErr w:type="spellEnd"/>
          </w:p>
        </w:tc>
        <w:tc>
          <w:tcPr>
            <w:tcW w:w="2693" w:type="dxa"/>
          </w:tcPr>
          <w:p w14:paraId="52A9341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район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город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93" w:type="dxa"/>
            <w:gridSpan w:val="2"/>
          </w:tcPr>
          <w:p w14:paraId="403F8CDA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область, город республиканского значения, столица, республики</w:t>
            </w:r>
          </w:p>
        </w:tc>
        <w:tc>
          <w:tcPr>
            <w:tcW w:w="1138" w:type="dxa"/>
          </w:tcPr>
          <w:p w14:paraId="610B59C4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B7F947D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A6E9A" w:rsidRPr="00157071" w14:paraId="7FA94D39" w14:textId="77777777" w:rsidTr="00157071">
        <w:trPr>
          <w:trHeight w:val="30"/>
        </w:trPr>
        <w:tc>
          <w:tcPr>
            <w:tcW w:w="587" w:type="dxa"/>
          </w:tcPr>
          <w:p w14:paraId="45B5C51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9578B40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87" w:type="dxa"/>
          </w:tcPr>
          <w:p w14:paraId="5E860C6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2296" w:type="dxa"/>
          </w:tcPr>
          <w:p w14:paraId="57970324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5760649A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280050B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49" w:type="dxa"/>
          </w:tcPr>
          <w:p w14:paraId="2F2493F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</w:tcPr>
          <w:p w14:paraId="294CE8EF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90E4E1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24F4E577" w14:textId="77777777" w:rsidTr="00157071">
        <w:trPr>
          <w:trHeight w:val="30"/>
        </w:trPr>
        <w:tc>
          <w:tcPr>
            <w:tcW w:w="587" w:type="dxa"/>
          </w:tcPr>
          <w:p w14:paraId="1D047A7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0" w:type="auto"/>
            <w:gridSpan w:val="6"/>
          </w:tcPr>
          <w:p w14:paraId="4FDB23B0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Повышение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квалификации</w:t>
            </w:r>
            <w:proofErr w:type="spellEnd"/>
          </w:p>
        </w:tc>
      </w:tr>
      <w:tr w:rsidR="002A6E9A" w:rsidRPr="00157071" w14:paraId="14ADE973" w14:textId="77777777" w:rsidTr="00157071">
        <w:trPr>
          <w:trHeight w:val="30"/>
        </w:trPr>
        <w:tc>
          <w:tcPr>
            <w:tcW w:w="587" w:type="dxa"/>
            <w:vMerge w:val="restart"/>
          </w:tcPr>
          <w:p w14:paraId="6213C77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2187" w:type="dxa"/>
            <w:vMerge w:val="restart"/>
          </w:tcPr>
          <w:p w14:paraId="2BD90EA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прохождение курсов повышения квалификации (не менее одного - по профилю (области) деятельности по образовательным программам, согласованным с уполномоченным органом в области образования</w:t>
            </w:r>
          </w:p>
        </w:tc>
        <w:tc>
          <w:tcPr>
            <w:tcW w:w="12920" w:type="dxa"/>
            <w:gridSpan w:val="5"/>
          </w:tcPr>
          <w:p w14:paraId="411318DF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наличие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доказательств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копии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сертификата</w:t>
            </w:r>
            <w:proofErr w:type="spellEnd"/>
          </w:p>
        </w:tc>
      </w:tr>
      <w:tr w:rsidR="002A6E9A" w:rsidRPr="00157071" w14:paraId="5C1D8B09" w14:textId="77777777" w:rsidTr="00157071">
        <w:trPr>
          <w:trHeight w:val="30"/>
        </w:trPr>
        <w:tc>
          <w:tcPr>
            <w:tcW w:w="0" w:type="auto"/>
            <w:vMerge/>
          </w:tcPr>
          <w:p w14:paraId="6EE18A5C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vMerge/>
          </w:tcPr>
          <w:p w14:paraId="5D85E45B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</w:tcPr>
          <w:p w14:paraId="7496577D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3" w:type="dxa"/>
          </w:tcPr>
          <w:p w14:paraId="46A74DD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544" w:type="dxa"/>
          </w:tcPr>
          <w:p w14:paraId="1B6245F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249" w:type="dxa"/>
          </w:tcPr>
          <w:p w14:paraId="2423D1A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138" w:type="dxa"/>
          </w:tcPr>
          <w:p w14:paraId="0D2FC0BA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01621A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3746574E" w14:textId="77777777" w:rsidTr="00157071">
        <w:trPr>
          <w:trHeight w:val="30"/>
        </w:trPr>
        <w:tc>
          <w:tcPr>
            <w:tcW w:w="0" w:type="auto"/>
            <w:vMerge/>
          </w:tcPr>
          <w:p w14:paraId="746BC164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</w:tcPr>
          <w:p w14:paraId="64E71376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2296" w:type="dxa"/>
          </w:tcPr>
          <w:p w14:paraId="0FE272B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7D573F40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7226E9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49" w:type="dxa"/>
          </w:tcPr>
          <w:p w14:paraId="1EFA5A5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14:paraId="0567DB1A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4D29B7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78B220A5" w14:textId="77777777" w:rsidTr="00157071">
        <w:trPr>
          <w:trHeight w:val="30"/>
        </w:trPr>
        <w:tc>
          <w:tcPr>
            <w:tcW w:w="587" w:type="dxa"/>
          </w:tcPr>
          <w:p w14:paraId="20900EB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2187" w:type="dxa"/>
          </w:tcPr>
          <w:p w14:paraId="5190A7D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прохождение курсов повышения квалификации по направлению </w:t>
            </w: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выявления, профилактики и предупреждению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буллинга</w:t>
            </w:r>
            <w:proofErr w:type="spellEnd"/>
          </w:p>
        </w:tc>
        <w:tc>
          <w:tcPr>
            <w:tcW w:w="12920" w:type="dxa"/>
            <w:gridSpan w:val="5"/>
          </w:tcPr>
          <w:p w14:paraId="3582DF0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при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наличии</w:t>
            </w:r>
            <w:proofErr w:type="spellEnd"/>
          </w:p>
        </w:tc>
      </w:tr>
      <w:tr w:rsidR="002A6E9A" w:rsidRPr="00157071" w14:paraId="5E242294" w14:textId="77777777" w:rsidTr="00157071">
        <w:trPr>
          <w:trHeight w:val="30"/>
        </w:trPr>
        <w:tc>
          <w:tcPr>
            <w:tcW w:w="587" w:type="dxa"/>
          </w:tcPr>
          <w:p w14:paraId="649B60B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DB03CF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</w:tcPr>
          <w:p w14:paraId="682DEB2C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12920" w:type="dxa"/>
            <w:gridSpan w:val="5"/>
          </w:tcPr>
          <w:p w14:paraId="44A3E20F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A6E9A" w:rsidRPr="00157071" w14:paraId="53782ED4" w14:textId="77777777" w:rsidTr="00157071">
        <w:trPr>
          <w:trHeight w:val="30"/>
        </w:trPr>
        <w:tc>
          <w:tcPr>
            <w:tcW w:w="587" w:type="dxa"/>
          </w:tcPr>
          <w:p w14:paraId="2B4F6C6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0" w:type="auto"/>
            <w:gridSpan w:val="6"/>
          </w:tcPr>
          <w:p w14:paraId="20FE365C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Профессиональное сопровождение и развитие педагогов на уровне организации образования</w:t>
            </w:r>
          </w:p>
        </w:tc>
      </w:tr>
      <w:tr w:rsidR="002A6E9A" w:rsidRPr="00157071" w14:paraId="5B14969F" w14:textId="77777777" w:rsidTr="00157071">
        <w:trPr>
          <w:trHeight w:val="30"/>
        </w:trPr>
        <w:tc>
          <w:tcPr>
            <w:tcW w:w="587" w:type="dxa"/>
            <w:vMerge w:val="restart"/>
          </w:tcPr>
          <w:p w14:paraId="44A958D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2187" w:type="dxa"/>
            <w:vMerge w:val="restart"/>
          </w:tcPr>
          <w:p w14:paraId="2FC1806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профессиональное сопровождение и развитие педагогов на уровне организации образования</w:t>
            </w:r>
          </w:p>
        </w:tc>
        <w:tc>
          <w:tcPr>
            <w:tcW w:w="12920" w:type="dxa"/>
            <w:gridSpan w:val="5"/>
          </w:tcPr>
          <w:p w14:paraId="2D66C808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наличие доказательств: план работы, утвержденный руководителем организации образования, результативность сопровождения</w:t>
            </w:r>
          </w:p>
        </w:tc>
      </w:tr>
      <w:tr w:rsidR="002A6E9A" w:rsidRPr="00157071" w14:paraId="7DD9E6D2" w14:textId="77777777" w:rsidTr="00157071">
        <w:trPr>
          <w:trHeight w:val="30"/>
        </w:trPr>
        <w:tc>
          <w:tcPr>
            <w:tcW w:w="0" w:type="auto"/>
            <w:vMerge/>
          </w:tcPr>
          <w:p w14:paraId="3FE3490C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87" w:type="dxa"/>
            <w:vMerge/>
          </w:tcPr>
          <w:p w14:paraId="0D7631CC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96" w:type="dxa"/>
          </w:tcPr>
          <w:p w14:paraId="0A6109D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7C2854C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0C807D7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не менее 1 (одного) лиц, впервые приступающих к профессиональной деятельности и (или) педагогам, нижестоящей категории</w:t>
            </w:r>
          </w:p>
        </w:tc>
        <w:tc>
          <w:tcPr>
            <w:tcW w:w="3249" w:type="dxa"/>
          </w:tcPr>
          <w:p w14:paraId="385920CF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не менее 2 (двух) лиц, впервые приступающих к профессиональной деятельности и (или) педагогам, нижестоящей категории</w:t>
            </w:r>
          </w:p>
        </w:tc>
        <w:tc>
          <w:tcPr>
            <w:tcW w:w="1138" w:type="dxa"/>
          </w:tcPr>
          <w:p w14:paraId="4E4C66F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417BDD1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A6E9A" w:rsidRPr="00157071" w14:paraId="4FFC6F80" w14:textId="77777777" w:rsidTr="00157071">
        <w:trPr>
          <w:trHeight w:val="30"/>
        </w:trPr>
        <w:tc>
          <w:tcPr>
            <w:tcW w:w="587" w:type="dxa"/>
          </w:tcPr>
          <w:p w14:paraId="2B78F5B6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A76FE7D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87" w:type="dxa"/>
          </w:tcPr>
          <w:p w14:paraId="220DE42B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2296" w:type="dxa"/>
          </w:tcPr>
          <w:p w14:paraId="09F70889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0F2B1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1F5CBF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9F2AD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E3C091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49" w:type="dxa"/>
          </w:tcPr>
          <w:p w14:paraId="6036C3E0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8" w:type="dxa"/>
          </w:tcPr>
          <w:p w14:paraId="30054B82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E799D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38C50E52" w14:textId="77777777" w:rsidTr="00157071">
        <w:trPr>
          <w:trHeight w:val="30"/>
        </w:trPr>
        <w:tc>
          <w:tcPr>
            <w:tcW w:w="587" w:type="dxa"/>
          </w:tcPr>
          <w:p w14:paraId="224E57D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0" w:type="auto"/>
            <w:gridSpan w:val="6"/>
          </w:tcPr>
          <w:p w14:paraId="328BD05B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Организация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воспитательной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работы</w:t>
            </w:r>
            <w:proofErr w:type="spellEnd"/>
          </w:p>
        </w:tc>
      </w:tr>
      <w:tr w:rsidR="002A6E9A" w:rsidRPr="00157071" w14:paraId="7FB33DE1" w14:textId="77777777" w:rsidTr="00157071">
        <w:trPr>
          <w:trHeight w:val="30"/>
        </w:trPr>
        <w:tc>
          <w:tcPr>
            <w:tcW w:w="587" w:type="dxa"/>
            <w:vMerge w:val="restart"/>
          </w:tcPr>
          <w:p w14:paraId="7AC342C4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6.1.</w:t>
            </w:r>
          </w:p>
        </w:tc>
        <w:tc>
          <w:tcPr>
            <w:tcW w:w="2187" w:type="dxa"/>
          </w:tcPr>
          <w:p w14:paraId="2FE5576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внеурочное мероприятие по реализации ценностей единой воспитательной программы "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Адал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азамат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", в том числе инициатив "Таза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Қазақстан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" "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Заң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тәртіп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  <w:tc>
          <w:tcPr>
            <w:tcW w:w="2296" w:type="dxa"/>
          </w:tcPr>
          <w:p w14:paraId="0C561FF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5 часов мероприятия в аттестационный период</w:t>
            </w:r>
          </w:p>
        </w:tc>
        <w:tc>
          <w:tcPr>
            <w:tcW w:w="2693" w:type="dxa"/>
          </w:tcPr>
          <w:p w14:paraId="5F145C7B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часов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мероприятия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аттестационный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период</w:t>
            </w:r>
            <w:proofErr w:type="spellEnd"/>
          </w:p>
        </w:tc>
        <w:tc>
          <w:tcPr>
            <w:tcW w:w="3544" w:type="dxa"/>
          </w:tcPr>
          <w:p w14:paraId="2B2CC529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 часов мероприятия аттестационный период</w:t>
            </w:r>
          </w:p>
        </w:tc>
        <w:tc>
          <w:tcPr>
            <w:tcW w:w="3249" w:type="dxa"/>
          </w:tcPr>
          <w:p w14:paraId="6F946DA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 часов мероприятия аттестационный период</w:t>
            </w:r>
          </w:p>
        </w:tc>
        <w:tc>
          <w:tcPr>
            <w:tcW w:w="1138" w:type="dxa"/>
          </w:tcPr>
          <w:p w14:paraId="2C3F0BD0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B4FF4F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4AA3E696" w14:textId="77777777" w:rsidTr="00157071">
        <w:trPr>
          <w:trHeight w:val="30"/>
        </w:trPr>
        <w:tc>
          <w:tcPr>
            <w:tcW w:w="0" w:type="auto"/>
            <w:vMerge/>
          </w:tcPr>
          <w:p w14:paraId="1A59EC2F" w14:textId="77777777" w:rsidR="002A6E9A" w:rsidRPr="00157071" w:rsidRDefault="002A6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</w:tcPr>
          <w:p w14:paraId="06C67BE7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2296" w:type="dxa"/>
          </w:tcPr>
          <w:p w14:paraId="078C029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214B509D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61606C01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49" w:type="dxa"/>
          </w:tcPr>
          <w:p w14:paraId="4B1C3B74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8" w:type="dxa"/>
          </w:tcPr>
          <w:p w14:paraId="1521A9D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7E12CC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70974E66" w14:textId="77777777" w:rsidTr="00157071">
        <w:trPr>
          <w:trHeight w:val="30"/>
        </w:trPr>
        <w:tc>
          <w:tcPr>
            <w:tcW w:w="587" w:type="dxa"/>
          </w:tcPr>
          <w:p w14:paraId="0CD1F777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0F4414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</w:tcPr>
          <w:p w14:paraId="5AB3A7C7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296" w:type="dxa"/>
          </w:tcPr>
          <w:p w14:paraId="39386884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693" w:type="dxa"/>
          </w:tcPr>
          <w:p w14:paraId="440E6705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544" w:type="dxa"/>
          </w:tcPr>
          <w:p w14:paraId="77930733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49" w:type="dxa"/>
          </w:tcPr>
          <w:p w14:paraId="5E882E4E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138" w:type="dxa"/>
          </w:tcPr>
          <w:p w14:paraId="29654D10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4A39C7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9A" w:rsidRPr="00157071" w14:paraId="7780380B" w14:textId="77777777" w:rsidTr="00157071">
        <w:trPr>
          <w:trHeight w:val="30"/>
        </w:trPr>
        <w:tc>
          <w:tcPr>
            <w:tcW w:w="587" w:type="dxa"/>
          </w:tcPr>
          <w:p w14:paraId="77A7875A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0081E7" w14:textId="77777777" w:rsidR="002A6E9A" w:rsidRPr="00157071" w:rsidRDefault="002A6E9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</w:tcPr>
          <w:p w14:paraId="3B845EA6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4" w:name="z536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рекомендации:</w:t>
            </w:r>
          </w:p>
          <w:bookmarkEnd w:id="4"/>
          <w:p w14:paraId="602FD727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соответствует (не соответствует) заявляемой квалификационной категории</w:t>
            </w:r>
          </w:p>
          <w:p w14:paraId="265DCCA2" w14:textId="77777777" w:rsidR="002A6E9A" w:rsidRPr="00157071" w:rsidRDefault="0011744A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соответствует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квалификационной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категории</w:t>
            </w:r>
            <w:proofErr w:type="spellEnd"/>
            <w:r w:rsidRPr="001570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_________________________</w:t>
            </w:r>
          </w:p>
        </w:tc>
      </w:tr>
    </w:tbl>
    <w:p w14:paraId="0CF2EBFF" w14:textId="77777777" w:rsidR="002A6E9A" w:rsidRPr="00157071" w:rsidRDefault="002A6E9A">
      <w:pPr>
        <w:rPr>
          <w:rFonts w:ascii="Times New Roman" w:hAnsi="Times New Roman" w:cs="Times New Roman"/>
          <w:sz w:val="20"/>
          <w:szCs w:val="20"/>
        </w:rPr>
      </w:pPr>
    </w:p>
    <w:p w14:paraId="5E543BA0" w14:textId="77777777" w:rsidR="002A6E9A" w:rsidRPr="00157071" w:rsidRDefault="0011744A">
      <w:pPr>
        <w:spacing w:after="40"/>
        <w:rPr>
          <w:rFonts w:ascii="Times New Roman" w:hAnsi="Times New Roman" w:cs="Times New Roman"/>
          <w:sz w:val="20"/>
          <w:szCs w:val="20"/>
          <w:lang w:val="ru-RU"/>
        </w:rPr>
      </w:pPr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Рекомендация комиссии: соответствует / не соответствует заявляемой категории</w:t>
      </w:r>
    </w:p>
    <w:p w14:paraId="6080467C" w14:textId="77777777" w:rsidR="002A6E9A" w:rsidRPr="00157071" w:rsidRDefault="0011744A">
      <w:pPr>
        <w:spacing w:after="40"/>
        <w:rPr>
          <w:rFonts w:ascii="Times New Roman" w:hAnsi="Times New Roman" w:cs="Times New Roman"/>
          <w:sz w:val="20"/>
          <w:szCs w:val="20"/>
          <w:lang w:val="ru-RU"/>
        </w:rPr>
      </w:pPr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Соответствует квалификационной категории: ___________________________________</w:t>
      </w:r>
    </w:p>
    <w:p w14:paraId="341CE953" w14:textId="77777777" w:rsidR="002A6E9A" w:rsidRPr="00157071" w:rsidRDefault="0011744A">
      <w:pPr>
        <w:spacing w:after="40"/>
        <w:rPr>
          <w:rFonts w:ascii="Times New Roman" w:hAnsi="Times New Roman" w:cs="Times New Roman"/>
          <w:sz w:val="20"/>
          <w:szCs w:val="20"/>
          <w:lang w:val="ru-RU"/>
        </w:rPr>
      </w:pPr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Дата: «____» ______________ 20____ года</w:t>
      </w:r>
    </w:p>
    <w:p w14:paraId="542FECAB" w14:textId="77777777" w:rsidR="002A6E9A" w:rsidRPr="00157071" w:rsidRDefault="0011744A">
      <w:pPr>
        <w:spacing w:after="40"/>
        <w:rPr>
          <w:rFonts w:ascii="Times New Roman" w:hAnsi="Times New Roman" w:cs="Times New Roman"/>
          <w:sz w:val="20"/>
          <w:szCs w:val="20"/>
          <w:lang w:val="ru-RU"/>
        </w:rPr>
      </w:pPr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Член комиссии: ____________________   _________________________________________</w:t>
      </w:r>
    </w:p>
    <w:p w14:paraId="4D973BF4" w14:textId="77777777" w:rsidR="002A6E9A" w:rsidRPr="00157071" w:rsidRDefault="0011744A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157071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 xml:space="preserve">                                      </w:t>
      </w:r>
      <w:proofErr w:type="spellStart"/>
      <w:r w:rsidRPr="00157071">
        <w:rPr>
          <w:rFonts w:ascii="Times New Roman" w:eastAsia="Arial" w:hAnsi="Times New Roman" w:cs="Times New Roman"/>
          <w:color w:val="000000"/>
          <w:sz w:val="20"/>
          <w:szCs w:val="20"/>
        </w:rPr>
        <w:t>подпись</w:t>
      </w:r>
      <w:proofErr w:type="spellEnd"/>
      <w:r w:rsidRPr="00157071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                                     Ф.И.О.</w:t>
      </w:r>
    </w:p>
    <w:sectPr w:rsidR="002A6E9A" w:rsidRPr="00157071" w:rsidSect="00157071">
      <w:pgSz w:w="16838" w:h="11906" w:orient="landscape"/>
      <w:pgMar w:top="284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44A"/>
    <w:rsid w:val="0015074B"/>
    <w:rsid w:val="00157071"/>
    <w:rsid w:val="0029639D"/>
    <w:rsid w:val="002A6E9A"/>
    <w:rsid w:val="00326F90"/>
    <w:rsid w:val="005009D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EFA046"/>
  <w14:defaultImageDpi w14:val="300"/>
  <w15:docId w15:val="{EA83A0EF-738E-40DA-A1E4-BCC1A9DB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894</Words>
  <Characters>5099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2026-09-18T08:09:00Z</dcterms:created>
  <dcterms:modified xsi:type="dcterms:W3CDTF">2026-09-18T08:09:00Z</dcterms:modified>
  <cp:category/>
</cp:coreProperties>
</file>